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263C7" w14:textId="77777777" w:rsidR="0070225B" w:rsidRPr="003A20A2" w:rsidRDefault="003A20A2" w:rsidP="00461086">
      <w:pPr>
        <w:pStyle w:val="Ttulo"/>
      </w:pPr>
      <w:r w:rsidRPr="003A20A2">
        <w:t>DECLARAÇÃO E RELATÓRIO DE CUMPRIMENTO DE MEDIDAS DE EIV</w:t>
      </w:r>
    </w:p>
    <w:p w14:paraId="1535484F" w14:textId="425D58E9" w:rsidR="00461086" w:rsidRPr="003A20A2" w:rsidRDefault="003A20A2" w:rsidP="00461086">
      <w:pPr>
        <w:pStyle w:val="Texto"/>
      </w:pPr>
      <w:r w:rsidRPr="003A20A2">
        <w:rPr>
          <w:b/>
          <w:bCs/>
        </w:rPr>
        <w:t>[RAZÃO SOCIAL OU NOME DO INTERESSADO]</w:t>
      </w:r>
      <w:r w:rsidRPr="003A20A2">
        <w:t>, inscrito no CNPJ/CPF sob o nº [●], com</w:t>
      </w:r>
      <w:r w:rsidR="00461086" w:rsidRPr="003A20A2">
        <w:t xml:space="preserve"> </w:t>
      </w:r>
      <w:r w:rsidRPr="003A20A2">
        <w:t>sede/endereço à [●], neste ato representado por seu(sua) responsável legal [NOME],</w:t>
      </w:r>
      <w:r w:rsidR="00461086" w:rsidRPr="003A20A2">
        <w:t xml:space="preserve"> </w:t>
      </w:r>
      <w:r w:rsidRPr="003A20A2">
        <w:t>portador(a) do CPF nº [●], na qualidade de [cargo/função],</w:t>
      </w:r>
    </w:p>
    <w:p w14:paraId="5026269A" w14:textId="77777777" w:rsidR="00461086" w:rsidRPr="003A20A2" w:rsidRDefault="00461086" w:rsidP="00461086">
      <w:pPr>
        <w:pStyle w:val="Texto"/>
      </w:pPr>
    </w:p>
    <w:p w14:paraId="7008B7FC" w14:textId="071A6B86" w:rsidR="00461086" w:rsidRPr="003A20A2" w:rsidRDefault="003A20A2" w:rsidP="00461086">
      <w:pPr>
        <w:pStyle w:val="Texto"/>
      </w:pPr>
      <w:r w:rsidRPr="003A20A2">
        <w:t xml:space="preserve">DECLARA, sob as penas da lei, que cumpriu integralmente as medidas mitigadoras e compensatórias previstas no Estudo de Impacto de Vizinhança (EIV) aprovado pela </w:t>
      </w:r>
      <w:r w:rsidR="00461086" w:rsidRPr="003A20A2">
        <w:t>Prefeitura do Município de Londrina</w:t>
      </w:r>
      <w:r w:rsidRPr="003A20A2">
        <w:t>,</w:t>
      </w:r>
      <w:r>
        <w:t xml:space="preserve"> por meio do processo administrativo SEI </w:t>
      </w:r>
      <w:r w:rsidRPr="003A20A2">
        <w:t>nº [●]</w:t>
      </w:r>
      <w:r>
        <w:t>,</w:t>
      </w:r>
      <w:r w:rsidRPr="003A20A2">
        <w:t xml:space="preserve"> conforme disposto no Termo de Compromisso</w:t>
      </w:r>
      <w:r>
        <w:t xml:space="preserve"> SEI nº </w:t>
      </w:r>
      <w:r w:rsidRPr="003A20A2">
        <w:t>[●]</w:t>
      </w:r>
      <w:r>
        <w:t xml:space="preserve"> </w:t>
      </w:r>
      <w:r w:rsidRPr="003A20A2">
        <w:t>firmado em [data].</w:t>
      </w:r>
    </w:p>
    <w:p w14:paraId="444BBE74" w14:textId="77777777" w:rsidR="0070225B" w:rsidRPr="003A20A2" w:rsidRDefault="003A20A2">
      <w:pPr>
        <w:pStyle w:val="Ttulo1"/>
      </w:pPr>
      <w:r w:rsidRPr="003A20A2">
        <w:t>1. INTRODUÇÃO</w:t>
      </w:r>
    </w:p>
    <w:p w14:paraId="28D64282" w14:textId="77777777" w:rsidR="0070225B" w:rsidRPr="003A20A2" w:rsidRDefault="003A20A2" w:rsidP="00461086">
      <w:pPr>
        <w:pStyle w:val="Texto"/>
      </w:pPr>
      <w:r w:rsidRPr="003A20A2">
        <w:t>Este relatório tem por finalidade comprovar o atendimento integral às medidas estabelecidas no Termo de Compromisso de EIV, apresentando a descrição das ações realizadas, sua fundamentação técnica e os documentos comprobatórios correspondentes.</w:t>
      </w:r>
    </w:p>
    <w:p w14:paraId="3EC22AF3" w14:textId="77777777" w:rsidR="0070225B" w:rsidRPr="003A20A2" w:rsidRDefault="003A20A2">
      <w:pPr>
        <w:pStyle w:val="Ttulo1"/>
      </w:pPr>
      <w:r w:rsidRPr="003A20A2">
        <w:t>2. MEDIDAS PREVISTAS E EXECUTADAS</w:t>
      </w:r>
    </w:p>
    <w:tbl>
      <w:tblPr>
        <w:tblStyle w:val="Tabelacomgrade"/>
        <w:tblW w:w="0" w:type="auto"/>
        <w:tblInd w:w="38" w:type="dxa"/>
        <w:tblLook w:val="04A0" w:firstRow="1" w:lastRow="0" w:firstColumn="1" w:lastColumn="0" w:noHBand="0" w:noVBand="1"/>
      </w:tblPr>
      <w:tblGrid>
        <w:gridCol w:w="8780"/>
      </w:tblGrid>
      <w:tr w:rsidR="006C60F6" w:rsidRPr="003A20A2" w14:paraId="6D82E74F" w14:textId="77777777" w:rsidTr="003A20A2">
        <w:trPr>
          <w:trHeight w:val="397"/>
        </w:trPr>
        <w:tc>
          <w:tcPr>
            <w:tcW w:w="8780" w:type="dxa"/>
            <w:shd w:val="clear" w:color="auto" w:fill="C6D9F1" w:themeFill="text2" w:themeFillTint="33"/>
            <w:vAlign w:val="center"/>
          </w:tcPr>
          <w:p w14:paraId="3E01FE3B" w14:textId="222FDC8C" w:rsidR="006C60F6" w:rsidRPr="003A20A2" w:rsidRDefault="006C60F6" w:rsidP="006C60F6">
            <w:pPr>
              <w:pStyle w:val="SemEspaamento"/>
              <w:rPr>
                <w:b/>
                <w:bCs/>
                <w:lang w:val="pt-BR"/>
              </w:rPr>
            </w:pPr>
            <w:r w:rsidRPr="003A20A2">
              <w:rPr>
                <w:b/>
                <w:bCs/>
                <w:lang w:val="pt-BR"/>
              </w:rPr>
              <w:t>MEDIDA 1</w:t>
            </w:r>
          </w:p>
        </w:tc>
      </w:tr>
      <w:tr w:rsidR="006C60F6" w:rsidRPr="003A20A2" w14:paraId="1CDB4633" w14:textId="77777777" w:rsidTr="006C60F6">
        <w:trPr>
          <w:trHeight w:val="397"/>
        </w:trPr>
        <w:tc>
          <w:tcPr>
            <w:tcW w:w="8780" w:type="dxa"/>
            <w:vAlign w:val="center"/>
          </w:tcPr>
          <w:p w14:paraId="51F0C5A6" w14:textId="046C1622" w:rsidR="006C60F6" w:rsidRPr="003A20A2" w:rsidRDefault="006C60F6" w:rsidP="006C60F6">
            <w:pPr>
              <w:pStyle w:val="SemEspaamento"/>
              <w:rPr>
                <w:lang w:val="pt-BR"/>
              </w:rPr>
            </w:pPr>
            <w:r w:rsidRPr="003A20A2">
              <w:rPr>
                <w:lang w:val="pt-BR"/>
              </w:rPr>
              <w:t>[descrição da medida prevista no Termo de Compromisso]</w:t>
            </w:r>
          </w:p>
        </w:tc>
      </w:tr>
      <w:tr w:rsidR="006C60F6" w:rsidRPr="003A20A2" w14:paraId="3FF09124" w14:textId="77777777" w:rsidTr="006C60F6">
        <w:trPr>
          <w:trHeight w:val="397"/>
        </w:trPr>
        <w:tc>
          <w:tcPr>
            <w:tcW w:w="8780" w:type="dxa"/>
            <w:vAlign w:val="center"/>
          </w:tcPr>
          <w:p w14:paraId="2320E4A7" w14:textId="51D52EB8" w:rsidR="006C60F6" w:rsidRPr="003A20A2" w:rsidRDefault="006C60F6" w:rsidP="006C60F6">
            <w:pPr>
              <w:pStyle w:val="SemEspaamento"/>
              <w:rPr>
                <w:lang w:val="pt-BR"/>
              </w:rPr>
            </w:pPr>
            <w:r w:rsidRPr="003A20A2">
              <w:rPr>
                <w:lang w:val="pt-BR"/>
              </w:rPr>
              <w:t>Data da execução: [●].</w:t>
            </w:r>
          </w:p>
        </w:tc>
      </w:tr>
      <w:tr w:rsidR="006C60F6" w:rsidRPr="003A20A2" w14:paraId="2441048E" w14:textId="77777777" w:rsidTr="006C60F6">
        <w:trPr>
          <w:trHeight w:val="397"/>
        </w:trPr>
        <w:tc>
          <w:tcPr>
            <w:tcW w:w="8780" w:type="dxa"/>
            <w:vAlign w:val="center"/>
          </w:tcPr>
          <w:p w14:paraId="0AFCEDF2" w14:textId="6E5223F3" w:rsidR="006C60F6" w:rsidRPr="003A20A2" w:rsidRDefault="006C60F6" w:rsidP="006C60F6">
            <w:pPr>
              <w:pStyle w:val="SemEspaamento"/>
              <w:rPr>
                <w:lang w:val="pt-BR"/>
              </w:rPr>
            </w:pPr>
            <w:r w:rsidRPr="003A20A2">
              <w:rPr>
                <w:lang w:val="pt-BR"/>
              </w:rPr>
              <w:t>Ação executada: [detalhamento do que foi realizado].</w:t>
            </w:r>
          </w:p>
        </w:tc>
      </w:tr>
      <w:tr w:rsidR="006C60F6" w:rsidRPr="003A20A2" w14:paraId="67C96D15" w14:textId="77777777" w:rsidTr="006C60F6">
        <w:trPr>
          <w:trHeight w:val="397"/>
        </w:trPr>
        <w:tc>
          <w:tcPr>
            <w:tcW w:w="8780" w:type="dxa"/>
            <w:vAlign w:val="center"/>
          </w:tcPr>
          <w:p w14:paraId="5B019BF8" w14:textId="5670795E" w:rsidR="006C60F6" w:rsidRPr="003A20A2" w:rsidRDefault="006C60F6" w:rsidP="006C60F6">
            <w:pPr>
              <w:pStyle w:val="SemEspaamento"/>
              <w:rPr>
                <w:lang w:val="pt-BR"/>
              </w:rPr>
            </w:pPr>
            <w:r w:rsidRPr="003A20A2">
              <w:rPr>
                <w:lang w:val="pt-BR"/>
              </w:rPr>
              <w:t>Fundamentação: Esta medida atendeu ao objetivo de [explicar a finalidade].</w:t>
            </w:r>
          </w:p>
        </w:tc>
      </w:tr>
    </w:tbl>
    <w:p w14:paraId="2081DB66" w14:textId="77777777" w:rsidR="003A20A2" w:rsidRDefault="003A20A2" w:rsidP="006C60F6">
      <w:pPr>
        <w:pStyle w:val="SemEspaamento"/>
        <w:rPr>
          <w:lang w:val="pt-BR"/>
        </w:rPr>
      </w:pPr>
    </w:p>
    <w:p w14:paraId="1CAD0A10" w14:textId="77777777" w:rsidR="00A9399A" w:rsidRDefault="00A9399A" w:rsidP="006C60F6">
      <w:pPr>
        <w:pStyle w:val="SemEspaamento"/>
        <w:rPr>
          <w:lang w:val="pt-BR"/>
        </w:rPr>
      </w:pPr>
    </w:p>
    <w:tbl>
      <w:tblPr>
        <w:tblStyle w:val="Tabelacomgrade"/>
        <w:tblW w:w="0" w:type="auto"/>
        <w:tblInd w:w="38" w:type="dxa"/>
        <w:tblLook w:val="04A0" w:firstRow="1" w:lastRow="0" w:firstColumn="1" w:lastColumn="0" w:noHBand="0" w:noVBand="1"/>
      </w:tblPr>
      <w:tblGrid>
        <w:gridCol w:w="8780"/>
      </w:tblGrid>
      <w:tr w:rsidR="003A20A2" w:rsidRPr="003A20A2" w14:paraId="25A350DE" w14:textId="77777777" w:rsidTr="002102AB">
        <w:trPr>
          <w:trHeight w:val="397"/>
        </w:trPr>
        <w:tc>
          <w:tcPr>
            <w:tcW w:w="8780" w:type="dxa"/>
            <w:shd w:val="clear" w:color="auto" w:fill="C6D9F1" w:themeFill="text2" w:themeFillTint="33"/>
            <w:vAlign w:val="center"/>
          </w:tcPr>
          <w:p w14:paraId="7D61A27B" w14:textId="1E41A852" w:rsidR="003A20A2" w:rsidRPr="003A20A2" w:rsidRDefault="003A20A2" w:rsidP="002102AB">
            <w:pPr>
              <w:pStyle w:val="SemEspaamento"/>
              <w:rPr>
                <w:b/>
                <w:bCs/>
                <w:lang w:val="pt-BR"/>
              </w:rPr>
            </w:pPr>
            <w:r w:rsidRPr="003A20A2">
              <w:rPr>
                <w:b/>
                <w:bCs/>
                <w:lang w:val="pt-BR"/>
              </w:rPr>
              <w:t>Comprovaç</w:t>
            </w:r>
            <w:r>
              <w:rPr>
                <w:b/>
                <w:bCs/>
                <w:lang w:val="pt-BR"/>
              </w:rPr>
              <w:t>ões</w:t>
            </w:r>
            <w:r w:rsidRPr="003A20A2">
              <w:rPr>
                <w:b/>
                <w:bCs/>
                <w:lang w:val="pt-BR"/>
              </w:rPr>
              <w:t xml:space="preserve"> anexa</w:t>
            </w:r>
            <w:r>
              <w:rPr>
                <w:b/>
                <w:bCs/>
                <w:lang w:val="pt-BR"/>
              </w:rPr>
              <w:t>s</w:t>
            </w:r>
            <w:r w:rsidRPr="003A20A2">
              <w:rPr>
                <w:b/>
                <w:bCs/>
                <w:lang w:val="pt-BR"/>
              </w:rPr>
              <w:t xml:space="preserve">: </w:t>
            </w:r>
          </w:p>
        </w:tc>
      </w:tr>
    </w:tbl>
    <w:p w14:paraId="129132B9" w14:textId="0FEDE735" w:rsidR="0070225B" w:rsidRPr="003A20A2" w:rsidRDefault="003A20A2" w:rsidP="006C60F6">
      <w:pPr>
        <w:pStyle w:val="SemEspaamento"/>
        <w:rPr>
          <w:lang w:val="pt-BR"/>
        </w:rPr>
      </w:pPr>
      <w:r w:rsidRPr="003A20A2">
        <w:rPr>
          <w:lang w:val="pt-BR"/>
        </w:rPr>
        <w:t>[ex.: fotos, notas fiscais, relatórios técnicos, laudos]</w:t>
      </w:r>
    </w:p>
    <w:p w14:paraId="000B343A" w14:textId="77777777" w:rsidR="003A20A2" w:rsidRDefault="003A20A2" w:rsidP="003A20A2">
      <w:pPr>
        <w:pStyle w:val="SemEspaamento"/>
        <w:rPr>
          <w:b/>
          <w:bCs/>
          <w:lang w:val="pt-BR"/>
        </w:rPr>
      </w:pPr>
    </w:p>
    <w:p w14:paraId="7DF6B6BC" w14:textId="77777777" w:rsidR="003A20A2" w:rsidRDefault="003A20A2" w:rsidP="003A20A2">
      <w:pPr>
        <w:pStyle w:val="SemEspaamento"/>
        <w:rPr>
          <w:b/>
          <w:bCs/>
          <w:lang w:val="pt-BR"/>
        </w:rPr>
      </w:pPr>
    </w:p>
    <w:tbl>
      <w:tblPr>
        <w:tblStyle w:val="Tabelacomgrade"/>
        <w:tblW w:w="0" w:type="auto"/>
        <w:tblInd w:w="38" w:type="dxa"/>
        <w:tblLook w:val="04A0" w:firstRow="1" w:lastRow="0" w:firstColumn="1" w:lastColumn="0" w:noHBand="0" w:noVBand="1"/>
      </w:tblPr>
      <w:tblGrid>
        <w:gridCol w:w="8780"/>
      </w:tblGrid>
      <w:tr w:rsidR="003A20A2" w:rsidRPr="003A20A2" w14:paraId="12AE6028" w14:textId="77777777" w:rsidTr="002102AB">
        <w:trPr>
          <w:trHeight w:val="397"/>
        </w:trPr>
        <w:tc>
          <w:tcPr>
            <w:tcW w:w="8780" w:type="dxa"/>
            <w:shd w:val="clear" w:color="auto" w:fill="C6D9F1" w:themeFill="text2" w:themeFillTint="33"/>
            <w:vAlign w:val="center"/>
          </w:tcPr>
          <w:p w14:paraId="1EEA0429" w14:textId="2C3EA6FD" w:rsidR="003A20A2" w:rsidRPr="003A20A2" w:rsidRDefault="003A20A2" w:rsidP="002102AB">
            <w:pPr>
              <w:pStyle w:val="SemEspaamento"/>
              <w:rPr>
                <w:b/>
                <w:bCs/>
                <w:lang w:val="pt-BR"/>
              </w:rPr>
            </w:pPr>
            <w:r w:rsidRPr="003A20A2">
              <w:rPr>
                <w:b/>
                <w:bCs/>
                <w:lang w:val="pt-BR"/>
              </w:rPr>
              <w:t>Atestado de cumprimento anexo:</w:t>
            </w:r>
          </w:p>
        </w:tc>
      </w:tr>
    </w:tbl>
    <w:p w14:paraId="2EDE034D" w14:textId="77777777" w:rsidR="003A20A2" w:rsidRDefault="003A20A2" w:rsidP="003A20A2">
      <w:pPr>
        <w:pStyle w:val="SemEspaamento"/>
        <w:rPr>
          <w:lang w:val="pt-BR"/>
        </w:rPr>
      </w:pPr>
      <w:r w:rsidRPr="003A20A2">
        <w:rPr>
          <w:lang w:val="pt-BR"/>
        </w:rPr>
        <w:t>[atestado de cumprimento emitido pelo respectivo órgão municipal responsável pela fiscalização da medida]</w:t>
      </w:r>
    </w:p>
    <w:p w14:paraId="59D56C41" w14:textId="77777777" w:rsidR="003A20A2" w:rsidRPr="003A20A2" w:rsidRDefault="003A20A2" w:rsidP="003A20A2">
      <w:pPr>
        <w:pStyle w:val="SemEspaamento"/>
        <w:rPr>
          <w:lang w:val="pt-BR"/>
        </w:rPr>
      </w:pPr>
    </w:p>
    <w:p w14:paraId="5731EDA4" w14:textId="77777777" w:rsidR="0070225B" w:rsidRPr="003A20A2" w:rsidRDefault="003A20A2">
      <w:pPr>
        <w:pStyle w:val="Ttulo1"/>
      </w:pPr>
      <w:r w:rsidRPr="003A20A2">
        <w:lastRenderedPageBreak/>
        <w:t>3. CONCLUSÃO</w:t>
      </w:r>
    </w:p>
    <w:p w14:paraId="31769627" w14:textId="2FD02926" w:rsidR="0070225B" w:rsidRPr="003A20A2" w:rsidRDefault="003A20A2" w:rsidP="006C60F6">
      <w:pPr>
        <w:pStyle w:val="Texto"/>
      </w:pPr>
      <w:r w:rsidRPr="003A20A2">
        <w:t xml:space="preserve">Com base nas informações apresentadas e nos documentos comprobatórios anexos, declara-se que todas as medidas de mitigação e compensação previstas no Termo de Compromisso de EIV </w:t>
      </w:r>
      <w:r w:rsidR="006C60F6" w:rsidRPr="003A20A2">
        <w:t>relacionado</w:t>
      </w:r>
      <w:r w:rsidRPr="003A20A2">
        <w:t xml:space="preserve"> foram executadas, em conformidade com a legislação urbanística municipal.</w:t>
      </w:r>
      <w:r w:rsidRPr="003A20A2">
        <w:br/>
      </w:r>
      <w:r w:rsidRPr="003A20A2">
        <w:br/>
        <w:t>O interessado se responsabiliza integralmente pela veracidade das informações prestadas e pelos documentos apresentados, ciente das sanções legais aplicáveis em caso de falsidade ou descumprimento.</w:t>
      </w:r>
    </w:p>
    <w:p w14:paraId="15909B11" w14:textId="3F3B27D0" w:rsidR="006C60F6" w:rsidRPr="003A20A2" w:rsidRDefault="003A20A2" w:rsidP="006C60F6">
      <w:pPr>
        <w:pStyle w:val="Texto"/>
        <w:jc w:val="right"/>
      </w:pPr>
      <w:r w:rsidRPr="003A20A2">
        <w:br/>
      </w:r>
      <w:r>
        <w:t>Londrina</w:t>
      </w:r>
      <w:r w:rsidRPr="003A20A2">
        <w:t>, [dia] de [mês] de [ano]</w:t>
      </w:r>
      <w:r w:rsidR="006C60F6" w:rsidRPr="003A20A2">
        <w:t>.</w:t>
      </w:r>
    </w:p>
    <w:p w14:paraId="2D6B2D63" w14:textId="010E1D8F" w:rsidR="0070225B" w:rsidRPr="003A20A2" w:rsidRDefault="003A20A2" w:rsidP="006C60F6">
      <w:pPr>
        <w:pStyle w:val="Texto"/>
        <w:jc w:val="center"/>
      </w:pPr>
      <w:r w:rsidRPr="003A20A2">
        <w:br/>
      </w:r>
    </w:p>
    <w:p w14:paraId="0F7738B1" w14:textId="77777777" w:rsidR="006C60F6" w:rsidRPr="003A20A2" w:rsidRDefault="006C60F6" w:rsidP="006C60F6">
      <w:pPr>
        <w:pStyle w:val="Texto"/>
        <w:jc w:val="center"/>
      </w:pPr>
    </w:p>
    <w:p w14:paraId="03B8F2EE" w14:textId="77777777" w:rsidR="0070225B" w:rsidRPr="003A20A2" w:rsidRDefault="003A20A2" w:rsidP="006C60F6">
      <w:pPr>
        <w:pStyle w:val="Texto"/>
        <w:jc w:val="center"/>
      </w:pPr>
      <w:r w:rsidRPr="003A20A2">
        <w:t>______________________________________</w:t>
      </w:r>
    </w:p>
    <w:p w14:paraId="694C3E45" w14:textId="77777777" w:rsidR="0070225B" w:rsidRPr="003A20A2" w:rsidRDefault="003A20A2" w:rsidP="006C60F6">
      <w:pPr>
        <w:pStyle w:val="SemEspaamento"/>
        <w:jc w:val="center"/>
        <w:rPr>
          <w:lang w:val="pt-BR"/>
        </w:rPr>
      </w:pPr>
      <w:r w:rsidRPr="003A20A2">
        <w:rPr>
          <w:lang w:val="pt-BR"/>
        </w:rPr>
        <w:t>[Nome do responsável legal]</w:t>
      </w:r>
    </w:p>
    <w:p w14:paraId="2CFDC48B" w14:textId="77777777" w:rsidR="0070225B" w:rsidRPr="003A20A2" w:rsidRDefault="003A20A2" w:rsidP="006C60F6">
      <w:pPr>
        <w:pStyle w:val="SemEspaamento"/>
        <w:jc w:val="center"/>
        <w:rPr>
          <w:lang w:val="pt-BR"/>
        </w:rPr>
      </w:pPr>
      <w:r w:rsidRPr="003A20A2">
        <w:rPr>
          <w:lang w:val="pt-BR"/>
        </w:rPr>
        <w:t>Cargo/Função</w:t>
      </w:r>
    </w:p>
    <w:p w14:paraId="1E69DC6B" w14:textId="77777777" w:rsidR="0070225B" w:rsidRPr="006C60F6" w:rsidRDefault="003A20A2" w:rsidP="006C60F6">
      <w:pPr>
        <w:pStyle w:val="SemEspaamento"/>
        <w:jc w:val="center"/>
      </w:pPr>
      <w:r w:rsidRPr="003A20A2">
        <w:rPr>
          <w:lang w:val="pt-BR"/>
        </w:rPr>
        <w:t>CPF nº [●]</w:t>
      </w:r>
    </w:p>
    <w:sectPr w:rsidR="0070225B" w:rsidRPr="006C60F6" w:rsidSect="00A9399A">
      <w:pgSz w:w="12240" w:h="15840"/>
      <w:pgMar w:top="1701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784694936">
    <w:abstractNumId w:val="8"/>
  </w:num>
  <w:num w:numId="2" w16cid:durableId="552277255">
    <w:abstractNumId w:val="6"/>
  </w:num>
  <w:num w:numId="3" w16cid:durableId="234316338">
    <w:abstractNumId w:val="5"/>
  </w:num>
  <w:num w:numId="4" w16cid:durableId="649410619">
    <w:abstractNumId w:val="4"/>
  </w:num>
  <w:num w:numId="5" w16cid:durableId="634797877">
    <w:abstractNumId w:val="7"/>
  </w:num>
  <w:num w:numId="6" w16cid:durableId="1735086311">
    <w:abstractNumId w:val="3"/>
  </w:num>
  <w:num w:numId="7" w16cid:durableId="1924561919">
    <w:abstractNumId w:val="2"/>
  </w:num>
  <w:num w:numId="8" w16cid:durableId="1825583947">
    <w:abstractNumId w:val="1"/>
  </w:num>
  <w:num w:numId="9" w16cid:durableId="68354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3A20A2"/>
    <w:rsid w:val="00461086"/>
    <w:rsid w:val="006C60F6"/>
    <w:rsid w:val="0070225B"/>
    <w:rsid w:val="007F6377"/>
    <w:rsid w:val="00A9399A"/>
    <w:rsid w:val="00AA1D8D"/>
    <w:rsid w:val="00B47730"/>
    <w:rsid w:val="00C84068"/>
    <w:rsid w:val="00CB0664"/>
    <w:rsid w:val="00CD2FD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F43AC3"/>
  <w14:defaultImageDpi w14:val="300"/>
  <w15:docId w15:val="{A259779F-13FE-47CE-8A2B-7A5A63020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C84068"/>
    <w:pPr>
      <w:keepNext/>
      <w:keepLines/>
      <w:spacing w:before="300" w:after="100" w:line="36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18BF"/>
  </w:style>
  <w:style w:type="paragraph" w:styleId="Rodap">
    <w:name w:val="footer"/>
    <w:basedOn w:val="Normal"/>
    <w:link w:val="Rodap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18BF"/>
  </w:style>
  <w:style w:type="paragraph" w:styleId="SemEspaamento">
    <w:name w:val="No Spacing"/>
    <w:uiPriority w:val="1"/>
    <w:qFormat/>
    <w:rsid w:val="006C60F6"/>
    <w:pPr>
      <w:spacing w:after="0" w:line="240" w:lineRule="auto"/>
    </w:pPr>
    <w:rPr>
      <w:rFonts w:ascii="Calibri" w:hAnsi="Calibri"/>
    </w:rPr>
  </w:style>
  <w:style w:type="character" w:customStyle="1" w:styleId="Ttulo1Char">
    <w:name w:val="Título 1 Char"/>
    <w:basedOn w:val="Fontepargpadro"/>
    <w:link w:val="Ttulo1"/>
    <w:uiPriority w:val="9"/>
    <w:rsid w:val="00C84068"/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har"/>
    <w:uiPriority w:val="10"/>
    <w:qFormat/>
    <w:rsid w:val="00A9399A"/>
    <w:pPr>
      <w:pBdr>
        <w:bottom w:val="single" w:sz="8" w:space="4" w:color="4F81BD" w:themeColor="accent1"/>
      </w:pBdr>
      <w:spacing w:after="400" w:line="240" w:lineRule="auto"/>
      <w:contextualSpacing/>
    </w:pPr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8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A9399A"/>
    <w:rPr>
      <w:rFonts w:asciiTheme="majorHAnsi" w:eastAsiaTheme="majorEastAsia" w:hAnsiTheme="majorHAnsi" w:cstheme="majorBidi"/>
      <w:b/>
      <w:color w:val="1F497D" w:themeColor="text2"/>
      <w:spacing w:val="5"/>
      <w:kern w:val="28"/>
      <w:sz w:val="28"/>
      <w:szCs w:val="52"/>
      <w:lang w:val="pt-BR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99"/>
    <w:unhideWhenUsed/>
    <w:rsid w:val="00AA1D8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AA1D8D"/>
  </w:style>
  <w:style w:type="paragraph" w:styleId="Corpodetexto2">
    <w:name w:val="Body Text 2"/>
    <w:basedOn w:val="Normal"/>
    <w:link w:val="Corpodetexto2Char"/>
    <w:uiPriority w:val="99"/>
    <w:unhideWhenUsed/>
    <w:rsid w:val="00AA1D8D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AA1D8D"/>
  </w:style>
  <w:style w:type="paragraph" w:styleId="Corpodetexto3">
    <w:name w:val="Body Text 3"/>
    <w:basedOn w:val="Normal"/>
    <w:link w:val="Corpodetexto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Commarcador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erad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erad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erad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demacro">
    <w:name w:val="macro"/>
    <w:link w:val="Textodemacro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29639D"/>
    <w:rPr>
      <w:rFonts w:ascii="Courier" w:hAnsi="Courier"/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FC693F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FC693F"/>
    <w:rPr>
      <w:i/>
      <w:iCs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orte">
    <w:name w:val="Strong"/>
    <w:basedOn w:val="Fontepargpadro"/>
    <w:uiPriority w:val="22"/>
    <w:qFormat/>
    <w:rsid w:val="00FC693F"/>
    <w:rPr>
      <w:b/>
      <w:bCs/>
    </w:rPr>
  </w:style>
  <w:style w:type="character" w:styleId="nfase">
    <w:name w:val="Emphasis"/>
    <w:basedOn w:val="Fontepargpadro"/>
    <w:uiPriority w:val="20"/>
    <w:qFormat/>
    <w:rsid w:val="00FC693F"/>
    <w:rPr>
      <w:i/>
      <w:iCs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693F"/>
    <w:rPr>
      <w:b/>
      <w:bCs/>
      <w:i/>
      <w:iCs/>
      <w:color w:val="4F81BD" w:themeColor="accent1"/>
    </w:rPr>
  </w:style>
  <w:style w:type="character" w:styleId="nfaseSutil">
    <w:name w:val="Subtle Emphasis"/>
    <w:basedOn w:val="Fontepargpadro"/>
    <w:uiPriority w:val="19"/>
    <w:qFormat/>
    <w:rsid w:val="00FC693F"/>
    <w:rPr>
      <w:i/>
      <w:iCs/>
      <w:color w:val="808080" w:themeColor="text1" w:themeTint="7F"/>
    </w:rPr>
  </w:style>
  <w:style w:type="character" w:styleId="nfaseIntensa">
    <w:name w:val="Intense Emphasis"/>
    <w:basedOn w:val="Fontepargpadro"/>
    <w:uiPriority w:val="21"/>
    <w:qFormat/>
    <w:rsid w:val="00FC693F"/>
    <w:rPr>
      <w:b/>
      <w:bCs/>
      <w:i/>
      <w:iCs/>
      <w:color w:val="4F81BD" w:themeColor="accent1"/>
    </w:rPr>
  </w:style>
  <w:style w:type="character" w:styleId="RefernciaSutil">
    <w:name w:val="Subtle Reference"/>
    <w:basedOn w:val="Fontepargpadro"/>
    <w:uiPriority w:val="31"/>
    <w:qFormat/>
    <w:rsid w:val="00FC693F"/>
    <w:rPr>
      <w:smallCaps/>
      <w:color w:val="C0504D" w:themeColor="accent2"/>
      <w:u w:val="single"/>
    </w:rPr>
  </w:style>
  <w:style w:type="character" w:styleId="RefernciaIntensa">
    <w:name w:val="Intense Reference"/>
    <w:basedOn w:val="Fontepargpadr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FC693F"/>
    <w:rPr>
      <w:b/>
      <w:bCs/>
      <w:smallCaps/>
      <w:spacing w:val="5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elacomgrade">
    <w:name w:val="Table Grid"/>
    <w:basedOn w:val="Tabe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">
    <w:name w:val="Light Shading"/>
    <w:basedOn w:val="Tabe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e2">
    <w:name w:val="Light List Accent 2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e3">
    <w:name w:val="Light List Accent 3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e4">
    <w:name w:val="Light List Accent 4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e5">
    <w:name w:val="Light List Accent 5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e6">
    <w:name w:val="Light List Accent 6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adeClara">
    <w:name w:val="Light Grid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adeClara-nfase2">
    <w:name w:val="Light Grid Accent 2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adeClara-nfase3">
    <w:name w:val="Light Grid Accent 3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adeClara-nfase6">
    <w:name w:val="Light Grid Accent 6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mentoMdio1">
    <w:name w:val="Medium Shading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dia1">
    <w:name w:val="Medium Lis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dia1-nfase2">
    <w:name w:val="Medium List 1 Accent 2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dia1-nfase3">
    <w:name w:val="Medium List 1 Accent 3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dia1-nfase4">
    <w:name w:val="Medium List 1 Accent 4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dia1-nfase5">
    <w:name w:val="Medium List 1 Accent 5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dia1-nfase6">
    <w:name w:val="Medium List 1 Accent 6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dia2">
    <w:name w:val="Medium Lis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1">
    <w:name w:val="Medium Grid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Mdia1-nfase2">
    <w:name w:val="Medium Grid 1 Accent 2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Mdia1-nfase3">
    <w:name w:val="Medium Grid 1 Accent 3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Mdia1-nfase4">
    <w:name w:val="Medium Grid 1 Accent 4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5">
    <w:name w:val="Medium Grid 1 Accent 5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Mdia1-nfase6">
    <w:name w:val="Medium Grid 1 Accent 6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adeMdia2">
    <w:name w:val="Medium Grid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adeMdia3-nfase2">
    <w:name w:val="Medium Grid 3 Accent 2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adeMdia3-nfase3">
    <w:name w:val="Medium Grid 3 Accent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Mdia3-nfase4">
    <w:name w:val="Medium Grid 3 Accent 4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3-nfase5">
    <w:name w:val="Medium Grid 3 Accent 5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adeMdia3-nfase6">
    <w:name w:val="Medium Grid 3 Accent 6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Escura">
    <w:name w:val="Dark List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Escura-nfase2">
    <w:name w:val="Dark List Accent 2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Escura-nfase3">
    <w:name w:val="Dark List Accent 3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Escura-nfase4">
    <w:name w:val="Dark List Accent 4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Escura-nfase5">
    <w:name w:val="Dark List Accent 5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Escura-nfase6">
    <w:name w:val="Dark List Accent 6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mentoColorido">
    <w:name w:val="Colorful Shading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Colorida">
    <w:name w:val="Colorful List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Colorida-nfase2">
    <w:name w:val="Colorful List Accent 2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Colorida-nfase3">
    <w:name w:val="Colorful List Accent 3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Colorida-nfase4">
    <w:name w:val="Colorful List Accent 4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Colorida-nfase5">
    <w:name w:val="Colorful List Accent 5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Colorida-nfase6">
    <w:name w:val="Colorful List Accent 6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adeColorida">
    <w:name w:val="Colorful Grid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Colorida-nfase2">
    <w:name w:val="Colorful Grid Accent 2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Colorida-nfase3">
    <w:name w:val="Colorful Grid Accent 3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Colorida-nfase4">
    <w:name w:val="Colorful Grid Accent 4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Colorida-nfase5">
    <w:name w:val="Colorful Grid Accent 5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Colorida-nfase6">
    <w:name w:val="Colorful Grid Accent 6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Texto">
    <w:name w:val="Texto"/>
    <w:basedOn w:val="Normal"/>
    <w:qFormat/>
    <w:rsid w:val="00461086"/>
    <w:pPr>
      <w:spacing w:after="0" w:line="360" w:lineRule="auto"/>
      <w:jc w:val="both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302</Words>
  <Characters>1635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1934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Carina Ferreira Barros Nogueira - matr 10.036-6</cp:lastModifiedBy>
  <cp:revision>4</cp:revision>
  <dcterms:created xsi:type="dcterms:W3CDTF">2013-12-23T23:15:00Z</dcterms:created>
  <dcterms:modified xsi:type="dcterms:W3CDTF">2025-09-19T17:24:00Z</dcterms:modified>
  <cp:category/>
</cp:coreProperties>
</file>