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3C14EC" w14:textId="42CDAC6D" w:rsidR="00492D32" w:rsidRPr="00492D32" w:rsidRDefault="003A20A2" w:rsidP="00492D32">
      <w:pPr>
        <w:pStyle w:val="Ttulo"/>
      </w:pPr>
      <w:r w:rsidRPr="003A20A2">
        <w:t>DECLARAÇÃO E RELATÓRIO DE CUMPRIMENTO DE MEDIDAS DE EIV</w:t>
      </w:r>
    </w:p>
    <w:tbl>
      <w:tblPr>
        <w:tblStyle w:val="Tabelacomgrade"/>
        <w:tblW w:w="0" w:type="auto"/>
        <w:tblInd w:w="38" w:type="dxa"/>
        <w:tblLook w:val="04A0" w:firstRow="1" w:lastRow="0" w:firstColumn="1" w:lastColumn="0" w:noHBand="0" w:noVBand="1"/>
      </w:tblPr>
      <w:tblGrid>
        <w:gridCol w:w="9357"/>
      </w:tblGrid>
      <w:tr w:rsidR="00D6067C" w:rsidRPr="003A20A2" w14:paraId="580AB23F" w14:textId="77777777" w:rsidTr="00D6067C">
        <w:trPr>
          <w:trHeight w:val="397"/>
        </w:trPr>
        <w:tc>
          <w:tcPr>
            <w:tcW w:w="9426" w:type="dxa"/>
            <w:shd w:val="clear" w:color="auto" w:fill="C6D9F1" w:themeFill="text2" w:themeFillTint="33"/>
            <w:vAlign w:val="center"/>
          </w:tcPr>
          <w:p w14:paraId="21DDE0ED" w14:textId="004AB3EF" w:rsidR="00D6067C" w:rsidRPr="003A20A2" w:rsidRDefault="00D6067C" w:rsidP="00DE12DD">
            <w:pPr>
              <w:pStyle w:val="SemEspaamento"/>
              <w:rPr>
                <w:b/>
                <w:bCs/>
                <w:lang w:val="pt-BR"/>
              </w:rPr>
            </w:pPr>
            <w:r>
              <w:rPr>
                <w:b/>
                <w:bCs/>
                <w:lang w:val="pt-BR"/>
              </w:rPr>
              <w:t>IDENTIFICAÇÃO DO EMPREENDIMENTO</w:t>
            </w:r>
            <w:r w:rsidR="0078417A">
              <w:rPr>
                <w:b/>
                <w:bCs/>
                <w:lang w:val="pt-BR"/>
              </w:rPr>
              <w:t xml:space="preserve"> E PROCESSO</w:t>
            </w:r>
          </w:p>
        </w:tc>
      </w:tr>
      <w:tr w:rsidR="00D6067C" w:rsidRPr="003A20A2" w14:paraId="17A5575F" w14:textId="77777777" w:rsidTr="00D6067C">
        <w:trPr>
          <w:trHeight w:val="397"/>
        </w:trPr>
        <w:tc>
          <w:tcPr>
            <w:tcW w:w="9426" w:type="dxa"/>
            <w:vAlign w:val="center"/>
          </w:tcPr>
          <w:p w14:paraId="2D650609" w14:textId="68A9A104" w:rsidR="00D6067C" w:rsidRPr="003A20A2" w:rsidRDefault="00D6067C" w:rsidP="00DE12DD">
            <w:pPr>
              <w:pStyle w:val="SemEspaamento"/>
              <w:rPr>
                <w:lang w:val="pt-BR"/>
              </w:rPr>
            </w:pPr>
            <w:r w:rsidRPr="00492D32">
              <w:rPr>
                <w:b/>
                <w:bCs/>
                <w:lang w:val="pt-BR"/>
              </w:rPr>
              <w:t>Nome/Razão Social:</w:t>
            </w:r>
            <w:r>
              <w:rPr>
                <w:lang w:val="pt-BR"/>
              </w:rPr>
              <w:t xml:space="preserve"> </w:t>
            </w:r>
            <w:r w:rsidRPr="003A20A2">
              <w:rPr>
                <w:lang w:val="pt-BR"/>
              </w:rPr>
              <w:t>[</w:t>
            </w:r>
            <w:r>
              <w:rPr>
                <w:lang w:val="pt-BR"/>
              </w:rPr>
              <w:t>Nome do Empreendimento</w:t>
            </w:r>
            <w:r w:rsidRPr="003A20A2">
              <w:rPr>
                <w:lang w:val="pt-BR"/>
              </w:rPr>
              <w:t>]</w:t>
            </w:r>
          </w:p>
        </w:tc>
      </w:tr>
      <w:tr w:rsidR="00492D32" w:rsidRPr="003A20A2" w14:paraId="26EC9324" w14:textId="77777777" w:rsidTr="00D6067C">
        <w:trPr>
          <w:trHeight w:val="397"/>
        </w:trPr>
        <w:tc>
          <w:tcPr>
            <w:tcW w:w="9426" w:type="dxa"/>
            <w:vAlign w:val="center"/>
          </w:tcPr>
          <w:p w14:paraId="285D860E" w14:textId="056A1335" w:rsidR="00492D32" w:rsidRDefault="00492D32" w:rsidP="00DE12DD">
            <w:pPr>
              <w:pStyle w:val="SemEspaamento"/>
              <w:rPr>
                <w:lang w:val="pt-BR"/>
              </w:rPr>
            </w:pPr>
            <w:r w:rsidRPr="00492D32">
              <w:rPr>
                <w:b/>
                <w:bCs/>
                <w:lang w:val="pt-BR"/>
              </w:rPr>
              <w:t>CNPJ:</w:t>
            </w:r>
            <w:r>
              <w:rPr>
                <w:lang w:val="pt-BR"/>
              </w:rPr>
              <w:t xml:space="preserve"> </w:t>
            </w:r>
            <w:r w:rsidRPr="003A20A2">
              <w:rPr>
                <w:lang w:val="pt-BR"/>
              </w:rPr>
              <w:t>[</w:t>
            </w:r>
            <w:r>
              <w:rPr>
                <w:lang w:val="pt-BR"/>
              </w:rPr>
              <w:t>Número</w:t>
            </w:r>
            <w:r w:rsidRPr="003A20A2">
              <w:rPr>
                <w:lang w:val="pt-BR"/>
              </w:rPr>
              <w:t>]</w:t>
            </w:r>
          </w:p>
        </w:tc>
      </w:tr>
      <w:tr w:rsidR="00D6067C" w:rsidRPr="003A20A2" w14:paraId="7F81B212" w14:textId="77777777" w:rsidTr="00D6067C">
        <w:trPr>
          <w:trHeight w:val="397"/>
        </w:trPr>
        <w:tc>
          <w:tcPr>
            <w:tcW w:w="9426" w:type="dxa"/>
            <w:vAlign w:val="center"/>
          </w:tcPr>
          <w:p w14:paraId="3D1591A8" w14:textId="4CED7FDB" w:rsidR="00D6067C" w:rsidRPr="003A20A2" w:rsidRDefault="0078417A" w:rsidP="00DE12DD">
            <w:pPr>
              <w:pStyle w:val="SemEspaamento"/>
              <w:rPr>
                <w:lang w:val="pt-BR"/>
              </w:rPr>
            </w:pPr>
            <w:r w:rsidRPr="00492D32">
              <w:rPr>
                <w:b/>
                <w:bCs/>
                <w:lang w:val="pt-BR"/>
              </w:rPr>
              <w:t>Endereço:</w:t>
            </w:r>
            <w:r w:rsidRPr="003A20A2">
              <w:rPr>
                <w:lang w:val="pt-BR"/>
              </w:rPr>
              <w:t xml:space="preserve"> [</w:t>
            </w:r>
            <w:r>
              <w:rPr>
                <w:lang w:val="pt-BR"/>
              </w:rPr>
              <w:t>Localização completa do empreendimento</w:t>
            </w:r>
            <w:r w:rsidRPr="003A20A2">
              <w:rPr>
                <w:lang w:val="pt-BR"/>
              </w:rPr>
              <w:t>]</w:t>
            </w:r>
          </w:p>
        </w:tc>
      </w:tr>
      <w:tr w:rsidR="00D6067C" w:rsidRPr="003A20A2" w14:paraId="6C3D7CBC" w14:textId="77777777" w:rsidTr="00D6067C">
        <w:trPr>
          <w:trHeight w:val="397"/>
        </w:trPr>
        <w:tc>
          <w:tcPr>
            <w:tcW w:w="9426" w:type="dxa"/>
            <w:vAlign w:val="center"/>
          </w:tcPr>
          <w:p w14:paraId="2D9946CA" w14:textId="21AF98D4" w:rsidR="00D6067C" w:rsidRPr="003A20A2" w:rsidRDefault="0078417A" w:rsidP="00DE12DD">
            <w:pPr>
              <w:pStyle w:val="SemEspaamento"/>
              <w:rPr>
                <w:lang w:val="pt-BR"/>
              </w:rPr>
            </w:pPr>
            <w:r w:rsidRPr="00492D32">
              <w:rPr>
                <w:b/>
                <w:bCs/>
                <w:lang w:val="pt-BR"/>
              </w:rPr>
              <w:t>Processo SEI nº:</w:t>
            </w:r>
            <w:r>
              <w:rPr>
                <w:lang w:val="pt-BR"/>
              </w:rPr>
              <w:t xml:space="preserve"> </w:t>
            </w:r>
            <w:r w:rsidRPr="003A20A2">
              <w:rPr>
                <w:lang w:val="pt-BR"/>
              </w:rPr>
              <w:t>[</w:t>
            </w:r>
            <w:r>
              <w:rPr>
                <w:lang w:val="pt-BR"/>
              </w:rPr>
              <w:t>Número do processo]</w:t>
            </w:r>
          </w:p>
        </w:tc>
      </w:tr>
      <w:tr w:rsidR="0078417A" w:rsidRPr="003A20A2" w14:paraId="01631AA7" w14:textId="77777777" w:rsidTr="00D6067C">
        <w:trPr>
          <w:trHeight w:val="397"/>
        </w:trPr>
        <w:tc>
          <w:tcPr>
            <w:tcW w:w="9426" w:type="dxa"/>
            <w:vAlign w:val="center"/>
          </w:tcPr>
          <w:p w14:paraId="1F7C5F5C" w14:textId="6C931B7E" w:rsidR="0078417A" w:rsidRPr="00492D32" w:rsidRDefault="0078417A" w:rsidP="00DE12DD">
            <w:pPr>
              <w:pStyle w:val="SemEspaamento"/>
              <w:rPr>
                <w:b/>
                <w:bCs/>
                <w:lang w:val="pt-BR"/>
              </w:rPr>
            </w:pPr>
            <w:r>
              <w:rPr>
                <w:b/>
                <w:bCs/>
                <w:lang w:val="pt-BR"/>
              </w:rPr>
              <w:t xml:space="preserve">Termo de Compromisso </w:t>
            </w:r>
            <w:r w:rsidRPr="00492D32">
              <w:rPr>
                <w:b/>
                <w:bCs/>
                <w:lang w:val="pt-BR"/>
              </w:rPr>
              <w:t>nº:</w:t>
            </w:r>
            <w:r>
              <w:rPr>
                <w:lang w:val="pt-BR"/>
              </w:rPr>
              <w:t xml:space="preserve"> </w:t>
            </w:r>
            <w:r w:rsidRPr="003A20A2">
              <w:rPr>
                <w:lang w:val="pt-BR"/>
              </w:rPr>
              <w:t>[</w:t>
            </w:r>
            <w:r>
              <w:rPr>
                <w:lang w:val="pt-BR"/>
              </w:rPr>
              <w:t xml:space="preserve">Número do </w:t>
            </w:r>
            <w:r>
              <w:rPr>
                <w:lang w:val="pt-BR"/>
              </w:rPr>
              <w:t>documento SEI e data de registro em Cartório]</w:t>
            </w:r>
          </w:p>
        </w:tc>
      </w:tr>
    </w:tbl>
    <w:p w14:paraId="60CC8A2E" w14:textId="77777777" w:rsidR="00D6067C" w:rsidRDefault="00D6067C" w:rsidP="00461086">
      <w:pPr>
        <w:pStyle w:val="Texto"/>
        <w:rPr>
          <w:b/>
          <w:bCs/>
        </w:rPr>
      </w:pPr>
    </w:p>
    <w:tbl>
      <w:tblPr>
        <w:tblStyle w:val="Tabelacomgrade"/>
        <w:tblW w:w="0" w:type="auto"/>
        <w:tblInd w:w="38" w:type="dxa"/>
        <w:tblLook w:val="04A0" w:firstRow="1" w:lastRow="0" w:firstColumn="1" w:lastColumn="0" w:noHBand="0" w:noVBand="1"/>
      </w:tblPr>
      <w:tblGrid>
        <w:gridCol w:w="9357"/>
      </w:tblGrid>
      <w:tr w:rsidR="00492D32" w:rsidRPr="003A20A2" w14:paraId="0482AC45" w14:textId="77777777" w:rsidTr="00DE12DD">
        <w:trPr>
          <w:trHeight w:val="397"/>
        </w:trPr>
        <w:tc>
          <w:tcPr>
            <w:tcW w:w="9426" w:type="dxa"/>
            <w:shd w:val="clear" w:color="auto" w:fill="C6D9F1" w:themeFill="text2" w:themeFillTint="33"/>
            <w:vAlign w:val="center"/>
          </w:tcPr>
          <w:p w14:paraId="52759930" w14:textId="306B5AD8" w:rsidR="00492D32" w:rsidRPr="003A20A2" w:rsidRDefault="00492D32" w:rsidP="00DE12DD">
            <w:pPr>
              <w:pStyle w:val="SemEspaamento"/>
              <w:rPr>
                <w:b/>
                <w:bCs/>
                <w:lang w:val="pt-BR"/>
              </w:rPr>
            </w:pPr>
            <w:r>
              <w:rPr>
                <w:b/>
                <w:bCs/>
                <w:lang w:val="pt-BR"/>
              </w:rPr>
              <w:t>IDENTIFICAÇÃO DO</w:t>
            </w:r>
            <w:r w:rsidR="0078417A">
              <w:rPr>
                <w:b/>
                <w:bCs/>
                <w:lang w:val="pt-BR"/>
              </w:rPr>
              <w:t>S</w:t>
            </w:r>
            <w:r>
              <w:rPr>
                <w:b/>
                <w:bCs/>
                <w:lang w:val="pt-BR"/>
              </w:rPr>
              <w:t xml:space="preserve"> </w:t>
            </w:r>
            <w:r>
              <w:rPr>
                <w:b/>
                <w:bCs/>
                <w:lang w:val="pt-BR"/>
              </w:rPr>
              <w:t>DECLARANTE</w:t>
            </w:r>
            <w:r w:rsidR="0078417A">
              <w:rPr>
                <w:b/>
                <w:bCs/>
                <w:lang w:val="pt-BR"/>
              </w:rPr>
              <w:t>S</w:t>
            </w:r>
          </w:p>
        </w:tc>
      </w:tr>
      <w:tr w:rsidR="00492D32" w:rsidRPr="003A20A2" w14:paraId="34B3FE21" w14:textId="77777777" w:rsidTr="00DE12DD">
        <w:trPr>
          <w:trHeight w:val="397"/>
        </w:trPr>
        <w:tc>
          <w:tcPr>
            <w:tcW w:w="9426" w:type="dxa"/>
            <w:vAlign w:val="center"/>
          </w:tcPr>
          <w:p w14:paraId="241780C6" w14:textId="57E9F55C" w:rsidR="00492D32" w:rsidRPr="003A20A2" w:rsidRDefault="0078417A" w:rsidP="00DE12DD">
            <w:pPr>
              <w:pStyle w:val="SemEspaamento"/>
              <w:rPr>
                <w:lang w:val="pt-BR"/>
              </w:rPr>
            </w:pPr>
            <w:r>
              <w:rPr>
                <w:b/>
                <w:bCs/>
                <w:lang w:val="pt-BR"/>
              </w:rPr>
              <w:t>Responsável Legal/Proprietário:</w:t>
            </w:r>
            <w:r w:rsidR="00492D32">
              <w:rPr>
                <w:lang w:val="pt-BR"/>
              </w:rPr>
              <w:t xml:space="preserve"> </w:t>
            </w:r>
            <w:r w:rsidR="00492D32" w:rsidRPr="003A20A2">
              <w:rPr>
                <w:lang w:val="pt-BR"/>
              </w:rPr>
              <w:t>[</w:t>
            </w:r>
            <w:r w:rsidR="00492D32">
              <w:rPr>
                <w:lang w:val="pt-BR"/>
              </w:rPr>
              <w:t xml:space="preserve">Nome </w:t>
            </w:r>
            <w:r w:rsidR="00492D32">
              <w:rPr>
                <w:lang w:val="pt-BR"/>
              </w:rPr>
              <w:t>Completo</w:t>
            </w:r>
            <w:r w:rsidR="00492D32" w:rsidRPr="003A20A2">
              <w:rPr>
                <w:lang w:val="pt-BR"/>
              </w:rPr>
              <w:t>]</w:t>
            </w:r>
          </w:p>
        </w:tc>
      </w:tr>
      <w:tr w:rsidR="00492D32" w:rsidRPr="003A20A2" w14:paraId="565C54B3" w14:textId="77777777" w:rsidTr="00DE12DD">
        <w:trPr>
          <w:trHeight w:val="397"/>
        </w:trPr>
        <w:tc>
          <w:tcPr>
            <w:tcW w:w="9426" w:type="dxa"/>
            <w:vAlign w:val="center"/>
          </w:tcPr>
          <w:p w14:paraId="7828F56D" w14:textId="217454A0" w:rsidR="00492D32" w:rsidRPr="003A20A2" w:rsidRDefault="00492D32" w:rsidP="00DE12DD">
            <w:pPr>
              <w:pStyle w:val="SemEspaamento"/>
              <w:rPr>
                <w:lang w:val="pt-BR"/>
              </w:rPr>
            </w:pPr>
            <w:r w:rsidRPr="00492D32">
              <w:rPr>
                <w:b/>
                <w:bCs/>
                <w:lang w:val="pt-BR"/>
              </w:rPr>
              <w:t>CPF</w:t>
            </w:r>
            <w:r w:rsidRPr="00492D32">
              <w:rPr>
                <w:b/>
                <w:bCs/>
                <w:lang w:val="pt-BR"/>
              </w:rPr>
              <w:t>:</w:t>
            </w:r>
            <w:r>
              <w:rPr>
                <w:lang w:val="pt-BR"/>
              </w:rPr>
              <w:t xml:space="preserve"> </w:t>
            </w:r>
            <w:r w:rsidRPr="003A20A2">
              <w:rPr>
                <w:lang w:val="pt-BR"/>
              </w:rPr>
              <w:t>[</w:t>
            </w:r>
            <w:r>
              <w:rPr>
                <w:lang w:val="pt-BR"/>
              </w:rPr>
              <w:t>Número</w:t>
            </w:r>
            <w:r w:rsidRPr="003A20A2">
              <w:rPr>
                <w:lang w:val="pt-BR"/>
              </w:rPr>
              <w:t>]</w:t>
            </w:r>
          </w:p>
        </w:tc>
      </w:tr>
      <w:tr w:rsidR="00492D32" w:rsidRPr="003A20A2" w14:paraId="04AC57C4" w14:textId="77777777" w:rsidTr="00DE12DD">
        <w:trPr>
          <w:trHeight w:val="397"/>
        </w:trPr>
        <w:tc>
          <w:tcPr>
            <w:tcW w:w="9426" w:type="dxa"/>
            <w:vAlign w:val="center"/>
          </w:tcPr>
          <w:p w14:paraId="2F2A4BD8" w14:textId="22A9B69F" w:rsidR="00492D32" w:rsidRPr="003A20A2" w:rsidRDefault="0078417A" w:rsidP="00DE12DD">
            <w:pPr>
              <w:pStyle w:val="SemEspaamento"/>
              <w:rPr>
                <w:lang w:val="pt-BR"/>
              </w:rPr>
            </w:pPr>
            <w:r>
              <w:rPr>
                <w:b/>
                <w:bCs/>
                <w:lang w:val="pt-BR"/>
              </w:rPr>
              <w:t>Coordenador do EIV</w:t>
            </w:r>
            <w:r w:rsidR="00492D32" w:rsidRPr="00492D32">
              <w:rPr>
                <w:b/>
                <w:bCs/>
                <w:lang w:val="pt-BR"/>
              </w:rPr>
              <w:t>:</w:t>
            </w:r>
            <w:r w:rsidR="00492D32" w:rsidRPr="003A20A2">
              <w:rPr>
                <w:lang w:val="pt-BR"/>
              </w:rPr>
              <w:t xml:space="preserve"> [</w:t>
            </w:r>
            <w:r>
              <w:rPr>
                <w:lang w:val="pt-BR"/>
              </w:rPr>
              <w:t>Nome Completo</w:t>
            </w:r>
            <w:r w:rsidR="00492D32" w:rsidRPr="003A20A2">
              <w:rPr>
                <w:lang w:val="pt-BR"/>
              </w:rPr>
              <w:t>]</w:t>
            </w:r>
          </w:p>
        </w:tc>
      </w:tr>
      <w:tr w:rsidR="0078417A" w:rsidRPr="003A20A2" w14:paraId="7F9CA3D1" w14:textId="77777777" w:rsidTr="00DE12DD">
        <w:trPr>
          <w:trHeight w:val="397"/>
        </w:trPr>
        <w:tc>
          <w:tcPr>
            <w:tcW w:w="9426" w:type="dxa"/>
            <w:vAlign w:val="center"/>
          </w:tcPr>
          <w:p w14:paraId="103FEE10" w14:textId="680E49B8" w:rsidR="0078417A" w:rsidRDefault="00EE71F1" w:rsidP="00DE12DD">
            <w:pPr>
              <w:pStyle w:val="SemEspaamento"/>
              <w:rPr>
                <w:b/>
                <w:bCs/>
                <w:lang w:val="pt-BR"/>
              </w:rPr>
            </w:pPr>
            <w:r>
              <w:rPr>
                <w:b/>
                <w:bCs/>
                <w:lang w:val="pt-BR"/>
              </w:rPr>
              <w:t>Registro Profissional</w:t>
            </w:r>
            <w:r w:rsidR="0078417A" w:rsidRPr="00492D32">
              <w:rPr>
                <w:b/>
                <w:bCs/>
                <w:lang w:val="pt-BR"/>
              </w:rPr>
              <w:t>:</w:t>
            </w:r>
            <w:r w:rsidR="0078417A" w:rsidRPr="003A20A2">
              <w:rPr>
                <w:lang w:val="pt-BR"/>
              </w:rPr>
              <w:t xml:space="preserve"> [</w:t>
            </w:r>
            <w:r w:rsidR="0078417A">
              <w:rPr>
                <w:lang w:val="pt-BR"/>
              </w:rPr>
              <w:t>Registro profissional</w:t>
            </w:r>
            <w:r>
              <w:rPr>
                <w:lang w:val="pt-BR"/>
              </w:rPr>
              <w:t xml:space="preserve"> CAU/CREA</w:t>
            </w:r>
            <w:r w:rsidR="0078417A">
              <w:rPr>
                <w:lang w:val="pt-BR"/>
              </w:rPr>
              <w:t>] – [</w:t>
            </w:r>
            <w:r w:rsidR="005065FA">
              <w:rPr>
                <w:lang w:val="pt-BR"/>
              </w:rPr>
              <w:t>RRT/ART nº</w:t>
            </w:r>
            <w:r w:rsidR="0078417A">
              <w:rPr>
                <w:lang w:val="pt-BR"/>
              </w:rPr>
              <w:t xml:space="preserve">] </w:t>
            </w:r>
          </w:p>
        </w:tc>
      </w:tr>
    </w:tbl>
    <w:p w14:paraId="6FBA204A" w14:textId="77777777" w:rsidR="00492D32" w:rsidRDefault="00492D32" w:rsidP="00461086">
      <w:pPr>
        <w:pStyle w:val="Texto"/>
        <w:rPr>
          <w:b/>
          <w:bCs/>
        </w:rPr>
      </w:pPr>
    </w:p>
    <w:p w14:paraId="16F2E33F" w14:textId="77777777" w:rsidR="002742D8" w:rsidRDefault="002742D8" w:rsidP="005065FA">
      <w:pPr>
        <w:pStyle w:val="Texto"/>
      </w:pPr>
    </w:p>
    <w:p w14:paraId="1C95C4B0" w14:textId="24817F07" w:rsidR="005065FA" w:rsidRDefault="005065FA" w:rsidP="005065FA">
      <w:pPr>
        <w:pStyle w:val="Texto"/>
      </w:pPr>
      <w:r>
        <w:t xml:space="preserve">Os abaixo assinados, na qualidade de responsável legal e de coordenador técnico, </w:t>
      </w:r>
      <w:r w:rsidRPr="005065FA">
        <w:rPr>
          <w:b/>
          <w:bCs/>
        </w:rPr>
        <w:t>DECLARAM</w:t>
      </w:r>
      <w:r>
        <w:t xml:space="preserve"> para os devidos fins</w:t>
      </w:r>
      <w:r>
        <w:t xml:space="preserve"> </w:t>
      </w:r>
      <w:r w:rsidRPr="00492D32">
        <w:t xml:space="preserve">o </w:t>
      </w:r>
      <w:r w:rsidRPr="00492D32">
        <w:rPr>
          <w:b/>
          <w:bCs/>
        </w:rPr>
        <w:t>integral cumprimento</w:t>
      </w:r>
      <w:r w:rsidRPr="00492D32">
        <w:t xml:space="preserve"> de todas as medidas, obras e serviços previstos no</w:t>
      </w:r>
      <w:r>
        <w:t xml:space="preserve"> respectivo</w:t>
      </w:r>
      <w:r w:rsidRPr="00492D32">
        <w:t xml:space="preserve"> </w:t>
      </w:r>
      <w:r w:rsidRPr="00492D32">
        <w:rPr>
          <w:b/>
          <w:bCs/>
        </w:rPr>
        <w:t>Termo de Compromisso (TC)</w:t>
      </w:r>
      <w:r w:rsidRPr="00492D32">
        <w:t xml:space="preserve"> registrado em Cartório de Títulos e Documentos, referente ao Estudo Prévio de Impacto de Vizinhança (EIV) do empreendimento supracitado.</w:t>
      </w:r>
      <w:r>
        <w:t xml:space="preserve"> </w:t>
      </w:r>
      <w:r w:rsidRPr="005065FA">
        <w:rPr>
          <w:color w:val="EE0000"/>
        </w:rPr>
        <w:t xml:space="preserve">(EXCLUSIVO PARA O CUMPRIMENTO </w:t>
      </w:r>
      <w:r w:rsidRPr="005065FA">
        <w:rPr>
          <w:color w:val="EE0000"/>
        </w:rPr>
        <w:t>INTEGRAL DAS MEDIDAS</w:t>
      </w:r>
      <w:r w:rsidRPr="005065FA">
        <w:rPr>
          <w:color w:val="EE0000"/>
        </w:rPr>
        <w:t>)</w:t>
      </w:r>
    </w:p>
    <w:p w14:paraId="5C436CAF" w14:textId="38A74C0F" w:rsidR="005065FA" w:rsidRDefault="005065FA" w:rsidP="005065FA">
      <w:pPr>
        <w:pStyle w:val="Texto"/>
      </w:pPr>
    </w:p>
    <w:p w14:paraId="7B7EA055" w14:textId="22993A16" w:rsidR="005065FA" w:rsidRDefault="005065FA" w:rsidP="005065FA">
      <w:pPr>
        <w:pStyle w:val="Texto"/>
        <w:rPr>
          <w:color w:val="EE0000"/>
        </w:rPr>
      </w:pPr>
      <w:r>
        <w:t xml:space="preserve">Os abaixo assinados, na qualidade de responsável legal e de coordenador técnico, </w:t>
      </w:r>
      <w:r w:rsidRPr="005065FA">
        <w:rPr>
          <w:b/>
          <w:bCs/>
        </w:rPr>
        <w:t>DECLARAM</w:t>
      </w:r>
      <w:r>
        <w:t xml:space="preserve"> para os devidos fins </w:t>
      </w:r>
      <w:r w:rsidRPr="00492D32">
        <w:t xml:space="preserve">o </w:t>
      </w:r>
      <w:r w:rsidRPr="00492D32">
        <w:rPr>
          <w:b/>
          <w:bCs/>
        </w:rPr>
        <w:t>cumprimento</w:t>
      </w:r>
      <w:r>
        <w:rPr>
          <w:b/>
          <w:bCs/>
        </w:rPr>
        <w:t xml:space="preserve"> das medidas definidas como prioritárias</w:t>
      </w:r>
      <w:r w:rsidRPr="00492D32">
        <w:t xml:space="preserve"> na respectiva Diretriz de EIV</w:t>
      </w:r>
      <w:r>
        <w:t xml:space="preserve">, </w:t>
      </w:r>
      <w:r w:rsidRPr="00492D32">
        <w:t>assumindo o compromisso de finalizar as demais obrigações no prazo estipulado</w:t>
      </w:r>
      <w:r>
        <w:t xml:space="preserve"> </w:t>
      </w:r>
      <w:r w:rsidRPr="00492D32">
        <w:t>no Termo de Compromisso.</w:t>
      </w:r>
      <w:r>
        <w:t xml:space="preserve"> </w:t>
      </w:r>
      <w:r w:rsidRPr="005065FA">
        <w:rPr>
          <w:color w:val="EE0000"/>
        </w:rPr>
        <w:t>(</w:t>
      </w:r>
      <w:r w:rsidRPr="005065FA">
        <w:rPr>
          <w:color w:val="EE0000"/>
        </w:rPr>
        <w:t xml:space="preserve">EXCLUSIVO </w:t>
      </w:r>
      <w:r w:rsidRPr="00492D32">
        <w:rPr>
          <w:color w:val="EE0000"/>
        </w:rPr>
        <w:t xml:space="preserve">PARA </w:t>
      </w:r>
      <w:r>
        <w:rPr>
          <w:color w:val="EE0000"/>
        </w:rPr>
        <w:t xml:space="preserve">O </w:t>
      </w:r>
      <w:r w:rsidRPr="00492D32">
        <w:rPr>
          <w:color w:val="EE0000"/>
        </w:rPr>
        <w:t>CUMPRIMENTO DE MEDIDAS PRIORITÁRIAS</w:t>
      </w:r>
      <w:r>
        <w:rPr>
          <w:color w:val="EE0000"/>
        </w:rPr>
        <w:t>)</w:t>
      </w:r>
    </w:p>
    <w:p w14:paraId="6E58B92E" w14:textId="77777777" w:rsidR="003F04E9" w:rsidRPr="005065FA" w:rsidRDefault="003F04E9" w:rsidP="005065FA">
      <w:pPr>
        <w:pStyle w:val="Texto"/>
        <w:rPr>
          <w:color w:val="EE0000"/>
        </w:rPr>
      </w:pPr>
    </w:p>
    <w:p w14:paraId="444BBE74" w14:textId="77777777" w:rsidR="0070225B" w:rsidRPr="003A20A2" w:rsidRDefault="003A20A2">
      <w:pPr>
        <w:pStyle w:val="Ttulo1"/>
      </w:pPr>
      <w:r w:rsidRPr="003A20A2">
        <w:t>1. INTRODUÇÃO</w:t>
      </w:r>
    </w:p>
    <w:p w14:paraId="2D077083" w14:textId="0CF75BB5" w:rsidR="00492D32" w:rsidRDefault="00492D32" w:rsidP="00461086">
      <w:pPr>
        <w:pStyle w:val="Texto"/>
      </w:pPr>
      <w:r w:rsidRPr="00492D32">
        <w:t xml:space="preserve">O presente Relatório de Cumprimento de Medidas de EIV tem por finalidade comprovar, de forma técnica e documental, o atendimento integral às condicionantes </w:t>
      </w:r>
      <w:r w:rsidR="00874E18">
        <w:t>estabelecidas</w:t>
      </w:r>
      <w:r w:rsidRPr="00492D32">
        <w:t xml:space="preserve"> no Termo de Compromisso de EIV. A apresentação deste documento atende às exigências regulamentares</w:t>
      </w:r>
      <w:r w:rsidR="00874E18">
        <w:t xml:space="preserve"> do</w:t>
      </w:r>
      <w:r w:rsidRPr="00492D32">
        <w:t xml:space="preserve"> rito estabelecido no Decreto </w:t>
      </w:r>
      <w:r w:rsidR="00874E18">
        <w:t xml:space="preserve">Municipal </w:t>
      </w:r>
      <w:r w:rsidRPr="00492D32">
        <w:t>n</w:t>
      </w:r>
      <w:r w:rsidR="00874E18">
        <w:t>º</w:t>
      </w:r>
      <w:r w:rsidRPr="00492D32">
        <w:t xml:space="preserve"> 1.143/2025.</w:t>
      </w:r>
    </w:p>
    <w:p w14:paraId="78E9510E" w14:textId="43E4F8E6" w:rsidR="003F04E9" w:rsidRDefault="003F04E9" w:rsidP="003F04E9">
      <w:pPr>
        <w:pStyle w:val="Texto"/>
      </w:pPr>
      <w:r w:rsidRPr="003F04E9">
        <w:t>Toda a documentação comprobatória, relatórios técnicos, notas fiscais, fotos ou certidões que atestam a efetiva execução das medidas mencionadas encontram-se arquivados e à inteira disposição dos órgãos de fiscalização e controle para imediata verificação.</w:t>
      </w:r>
    </w:p>
    <w:p w14:paraId="2B24F558" w14:textId="77777777" w:rsidR="003F04E9" w:rsidRDefault="003F04E9">
      <w:pPr>
        <w:rPr>
          <w:rFonts w:asciiTheme="majorHAnsi" w:eastAsiaTheme="majorEastAsia" w:hAnsiTheme="majorHAnsi" w:cstheme="majorBidi"/>
          <w:b/>
          <w:bCs/>
          <w:color w:val="365F91" w:themeColor="accent1" w:themeShade="BF"/>
          <w:szCs w:val="28"/>
        </w:rPr>
      </w:pPr>
      <w:r>
        <w:br w:type="page"/>
      </w:r>
    </w:p>
    <w:p w14:paraId="3EC22AF3" w14:textId="5AE55619" w:rsidR="0070225B" w:rsidRPr="003A20A2" w:rsidRDefault="003A20A2">
      <w:pPr>
        <w:pStyle w:val="Ttulo1"/>
      </w:pPr>
      <w:r w:rsidRPr="003A20A2">
        <w:t>2. MEDIDAS PREVISTAS E EXECUTADAS</w:t>
      </w:r>
    </w:p>
    <w:tbl>
      <w:tblPr>
        <w:tblStyle w:val="Tabelacomgrade"/>
        <w:tblW w:w="0" w:type="auto"/>
        <w:tblInd w:w="38" w:type="dxa"/>
        <w:tblLook w:val="04A0" w:firstRow="1" w:lastRow="0" w:firstColumn="1" w:lastColumn="0" w:noHBand="0" w:noVBand="1"/>
      </w:tblPr>
      <w:tblGrid>
        <w:gridCol w:w="9357"/>
      </w:tblGrid>
      <w:tr w:rsidR="006C60F6" w:rsidRPr="003A20A2" w14:paraId="6D82E74F" w14:textId="77777777" w:rsidTr="00D6067C">
        <w:trPr>
          <w:trHeight w:val="397"/>
        </w:trPr>
        <w:tc>
          <w:tcPr>
            <w:tcW w:w="9426" w:type="dxa"/>
            <w:shd w:val="clear" w:color="auto" w:fill="C6D9F1" w:themeFill="text2" w:themeFillTint="33"/>
            <w:vAlign w:val="center"/>
          </w:tcPr>
          <w:p w14:paraId="3E01FE3B" w14:textId="0885ED53" w:rsidR="006C60F6" w:rsidRPr="003A20A2" w:rsidRDefault="006C60F6" w:rsidP="006C60F6">
            <w:pPr>
              <w:pStyle w:val="SemEspaamento"/>
              <w:rPr>
                <w:b/>
                <w:bCs/>
                <w:lang w:val="pt-BR"/>
              </w:rPr>
            </w:pPr>
            <w:r w:rsidRPr="003A20A2">
              <w:rPr>
                <w:b/>
                <w:bCs/>
                <w:lang w:val="pt-BR"/>
              </w:rPr>
              <w:t xml:space="preserve">MEDIDA </w:t>
            </w:r>
            <w:r w:rsidR="00874E18">
              <w:rPr>
                <w:b/>
                <w:bCs/>
                <w:lang w:val="pt-BR"/>
              </w:rPr>
              <w:t>0</w:t>
            </w:r>
            <w:r w:rsidRPr="003A20A2">
              <w:rPr>
                <w:b/>
                <w:bCs/>
                <w:lang w:val="pt-BR"/>
              </w:rPr>
              <w:t>1</w:t>
            </w:r>
          </w:p>
        </w:tc>
      </w:tr>
      <w:tr w:rsidR="006C60F6" w:rsidRPr="003A20A2" w14:paraId="1CDB4633" w14:textId="77777777" w:rsidTr="00D6067C">
        <w:trPr>
          <w:trHeight w:val="397"/>
        </w:trPr>
        <w:tc>
          <w:tcPr>
            <w:tcW w:w="9426" w:type="dxa"/>
            <w:vAlign w:val="center"/>
          </w:tcPr>
          <w:p w14:paraId="51F0C5A6" w14:textId="0987897D" w:rsidR="006C60F6" w:rsidRPr="003A20A2" w:rsidRDefault="00874E18" w:rsidP="006C60F6">
            <w:pPr>
              <w:pStyle w:val="SemEspaamento"/>
              <w:rPr>
                <w:lang w:val="pt-BR"/>
              </w:rPr>
            </w:pPr>
            <w:r w:rsidRPr="00874E18">
              <w:rPr>
                <w:b/>
                <w:bCs/>
                <w:lang w:val="pt-BR"/>
              </w:rPr>
              <w:t>Descrição da medida:</w:t>
            </w:r>
            <w:r>
              <w:rPr>
                <w:lang w:val="pt-BR"/>
              </w:rPr>
              <w:t xml:space="preserve"> </w:t>
            </w:r>
            <w:proofErr w:type="gramStart"/>
            <w:r w:rsidR="006C60F6" w:rsidRPr="003A20A2">
              <w:rPr>
                <w:lang w:val="pt-BR"/>
              </w:rPr>
              <w:t>[</w:t>
            </w:r>
            <w:r w:rsidRPr="00874E18">
              <w:rPr>
                <w:lang w:val="pt-BR"/>
              </w:rPr>
              <w:t>Descrever</w:t>
            </w:r>
            <w:proofErr w:type="gramEnd"/>
            <w:r w:rsidRPr="00874E18">
              <w:rPr>
                <w:lang w:val="pt-BR"/>
              </w:rPr>
              <w:t xml:space="preserve"> o texto da medida conforme consta no Termo de Compromisso</w:t>
            </w:r>
            <w:r w:rsidR="006C60F6" w:rsidRPr="003A20A2">
              <w:rPr>
                <w:lang w:val="pt-BR"/>
              </w:rPr>
              <w:t>]</w:t>
            </w:r>
          </w:p>
        </w:tc>
      </w:tr>
      <w:tr w:rsidR="006C60F6" w:rsidRPr="003A20A2" w14:paraId="3FF09124" w14:textId="77777777" w:rsidTr="00D6067C">
        <w:trPr>
          <w:trHeight w:val="397"/>
        </w:trPr>
        <w:tc>
          <w:tcPr>
            <w:tcW w:w="9426" w:type="dxa"/>
            <w:vAlign w:val="center"/>
          </w:tcPr>
          <w:p w14:paraId="2320E4A7" w14:textId="13B8EA16" w:rsidR="006C60F6" w:rsidRPr="003A20A2" w:rsidRDefault="00874E18" w:rsidP="006C60F6">
            <w:pPr>
              <w:pStyle w:val="SemEspaamento"/>
              <w:rPr>
                <w:lang w:val="pt-BR"/>
              </w:rPr>
            </w:pPr>
            <w:r w:rsidRPr="00874E18">
              <w:rPr>
                <w:b/>
                <w:bCs/>
                <w:lang w:val="pt-BR"/>
              </w:rPr>
              <w:t>Período/</w:t>
            </w:r>
            <w:r w:rsidR="006C60F6" w:rsidRPr="00874E18">
              <w:rPr>
                <w:b/>
                <w:bCs/>
                <w:lang w:val="pt-BR"/>
              </w:rPr>
              <w:t>Data d</w:t>
            </w:r>
            <w:r w:rsidRPr="00874E18">
              <w:rPr>
                <w:b/>
                <w:bCs/>
                <w:lang w:val="pt-BR"/>
              </w:rPr>
              <w:t>e</w:t>
            </w:r>
            <w:r w:rsidR="006C60F6" w:rsidRPr="00874E18">
              <w:rPr>
                <w:b/>
                <w:bCs/>
                <w:lang w:val="pt-BR"/>
              </w:rPr>
              <w:t xml:space="preserve"> execução:</w:t>
            </w:r>
            <w:r w:rsidR="006C60F6" w:rsidRPr="003A20A2">
              <w:rPr>
                <w:lang w:val="pt-BR"/>
              </w:rPr>
              <w:t xml:space="preserve"> [</w:t>
            </w:r>
            <w:r>
              <w:rPr>
                <w:lang w:val="pt-BR"/>
              </w:rPr>
              <w:t>Data</w:t>
            </w:r>
            <w:r w:rsidR="006C60F6" w:rsidRPr="003A20A2">
              <w:rPr>
                <w:lang w:val="pt-BR"/>
              </w:rPr>
              <w:t>]</w:t>
            </w:r>
          </w:p>
        </w:tc>
      </w:tr>
      <w:tr w:rsidR="006C60F6" w:rsidRPr="003A20A2" w14:paraId="2441048E" w14:textId="77777777" w:rsidTr="00D6067C">
        <w:trPr>
          <w:trHeight w:val="397"/>
        </w:trPr>
        <w:tc>
          <w:tcPr>
            <w:tcW w:w="9426" w:type="dxa"/>
            <w:vAlign w:val="center"/>
          </w:tcPr>
          <w:p w14:paraId="0AFCEDF2" w14:textId="4B32D5C6" w:rsidR="006C60F6" w:rsidRPr="003A20A2" w:rsidRDefault="006C60F6" w:rsidP="006C60F6">
            <w:pPr>
              <w:pStyle w:val="SemEspaamento"/>
              <w:rPr>
                <w:lang w:val="pt-BR"/>
              </w:rPr>
            </w:pPr>
            <w:r w:rsidRPr="00874E18">
              <w:rPr>
                <w:b/>
                <w:bCs/>
                <w:lang w:val="pt-BR"/>
              </w:rPr>
              <w:t>Ação executada:</w:t>
            </w:r>
            <w:r w:rsidRPr="003A20A2">
              <w:rPr>
                <w:lang w:val="pt-BR"/>
              </w:rPr>
              <w:t xml:space="preserve"> </w:t>
            </w:r>
            <w:proofErr w:type="gramStart"/>
            <w:r w:rsidRPr="003A20A2">
              <w:rPr>
                <w:lang w:val="pt-BR"/>
              </w:rPr>
              <w:t>[</w:t>
            </w:r>
            <w:r w:rsidR="00874E18" w:rsidRPr="00874E18">
              <w:rPr>
                <w:lang w:val="pt-BR"/>
              </w:rPr>
              <w:t>Apresentar</w:t>
            </w:r>
            <w:proofErr w:type="gramEnd"/>
            <w:r w:rsidR="00874E18" w:rsidRPr="00874E18">
              <w:rPr>
                <w:lang w:val="pt-BR"/>
              </w:rPr>
              <w:t xml:space="preserve"> detalhamento técnico e prático de como a medida foi implantada em campo</w:t>
            </w:r>
            <w:r w:rsidRPr="003A20A2">
              <w:rPr>
                <w:lang w:val="pt-BR"/>
              </w:rPr>
              <w:t>].</w:t>
            </w:r>
          </w:p>
        </w:tc>
      </w:tr>
      <w:tr w:rsidR="006C60F6" w:rsidRPr="003A20A2" w14:paraId="67C96D15" w14:textId="77777777" w:rsidTr="00D6067C">
        <w:trPr>
          <w:trHeight w:val="397"/>
        </w:trPr>
        <w:tc>
          <w:tcPr>
            <w:tcW w:w="9426" w:type="dxa"/>
            <w:vAlign w:val="center"/>
          </w:tcPr>
          <w:p w14:paraId="5B019BF8" w14:textId="6E52B532" w:rsidR="006C60F6" w:rsidRPr="003A20A2" w:rsidRDefault="006C60F6" w:rsidP="006C60F6">
            <w:pPr>
              <w:pStyle w:val="SemEspaamento"/>
              <w:rPr>
                <w:lang w:val="pt-BR"/>
              </w:rPr>
            </w:pPr>
            <w:r w:rsidRPr="00874E18">
              <w:rPr>
                <w:b/>
                <w:bCs/>
                <w:lang w:val="pt-BR"/>
              </w:rPr>
              <w:t>Fundamentação:</w:t>
            </w:r>
            <w:r w:rsidRPr="003A20A2">
              <w:rPr>
                <w:lang w:val="pt-BR"/>
              </w:rPr>
              <w:t xml:space="preserve"> </w:t>
            </w:r>
            <w:r w:rsidR="00874E18" w:rsidRPr="00874E18">
              <w:rPr>
                <w:lang w:val="pt-BR"/>
              </w:rPr>
              <w:t>Esta medida atendeu diretamente à necessidade de mitigar/compensar os impactos de [inserir o impacto relacionado], trazendo como benefício prático [explicar o ganho socioambiental ou urbanístico da ação]</w:t>
            </w:r>
            <w:r w:rsidR="00874E18">
              <w:rPr>
                <w:lang w:val="pt-BR"/>
              </w:rPr>
              <w:t>.</w:t>
            </w:r>
          </w:p>
        </w:tc>
      </w:tr>
    </w:tbl>
    <w:p w14:paraId="2081DB66" w14:textId="77777777" w:rsidR="003A20A2" w:rsidRDefault="003A20A2" w:rsidP="006C60F6">
      <w:pPr>
        <w:pStyle w:val="SemEspaamento"/>
        <w:rPr>
          <w:lang w:val="pt-BR"/>
        </w:rPr>
      </w:pPr>
    </w:p>
    <w:p w14:paraId="1CAD0A10" w14:textId="77777777" w:rsidR="00A9399A" w:rsidRDefault="00A9399A" w:rsidP="006C60F6">
      <w:pPr>
        <w:pStyle w:val="SemEspaamento"/>
        <w:rPr>
          <w:lang w:val="pt-BR"/>
        </w:rPr>
      </w:pPr>
    </w:p>
    <w:tbl>
      <w:tblPr>
        <w:tblStyle w:val="Tabelacomgrade"/>
        <w:tblW w:w="0" w:type="auto"/>
        <w:tblInd w:w="38" w:type="dxa"/>
        <w:tblLook w:val="04A0" w:firstRow="1" w:lastRow="0" w:firstColumn="1" w:lastColumn="0" w:noHBand="0" w:noVBand="1"/>
      </w:tblPr>
      <w:tblGrid>
        <w:gridCol w:w="9357"/>
      </w:tblGrid>
      <w:tr w:rsidR="003A20A2" w:rsidRPr="003A20A2" w14:paraId="25A350DE" w14:textId="77777777" w:rsidTr="00D6067C">
        <w:trPr>
          <w:trHeight w:val="397"/>
        </w:trPr>
        <w:tc>
          <w:tcPr>
            <w:tcW w:w="9426" w:type="dxa"/>
            <w:shd w:val="clear" w:color="auto" w:fill="C6D9F1" w:themeFill="text2" w:themeFillTint="33"/>
            <w:vAlign w:val="center"/>
          </w:tcPr>
          <w:p w14:paraId="7D61A27B" w14:textId="71937017" w:rsidR="003A20A2" w:rsidRPr="003A20A2" w:rsidRDefault="003A20A2" w:rsidP="002102AB">
            <w:pPr>
              <w:pStyle w:val="SemEspaamento"/>
              <w:rPr>
                <w:b/>
                <w:bCs/>
                <w:lang w:val="pt-BR"/>
              </w:rPr>
            </w:pPr>
            <w:r w:rsidRPr="003A20A2">
              <w:rPr>
                <w:b/>
                <w:bCs/>
                <w:lang w:val="pt-BR"/>
              </w:rPr>
              <w:t>Comprovaç</w:t>
            </w:r>
            <w:r>
              <w:rPr>
                <w:b/>
                <w:bCs/>
                <w:lang w:val="pt-BR"/>
              </w:rPr>
              <w:t>ões</w:t>
            </w:r>
            <w:r w:rsidRPr="003A20A2">
              <w:rPr>
                <w:b/>
                <w:bCs/>
                <w:lang w:val="pt-BR"/>
              </w:rPr>
              <w:t xml:space="preserve"> anexa</w:t>
            </w:r>
            <w:r>
              <w:rPr>
                <w:b/>
                <w:bCs/>
                <w:lang w:val="pt-BR"/>
              </w:rPr>
              <w:t>s</w:t>
            </w:r>
            <w:r w:rsidRPr="003A20A2">
              <w:rPr>
                <w:b/>
                <w:bCs/>
                <w:lang w:val="pt-BR"/>
              </w:rPr>
              <w:t xml:space="preserve">: </w:t>
            </w:r>
          </w:p>
        </w:tc>
      </w:tr>
    </w:tbl>
    <w:p w14:paraId="129132B9" w14:textId="557E5F56" w:rsidR="0070225B" w:rsidRPr="003A20A2" w:rsidRDefault="003A20A2" w:rsidP="00874E18">
      <w:pPr>
        <w:pStyle w:val="SemEspaamento"/>
        <w:rPr>
          <w:lang w:val="pt-BR"/>
        </w:rPr>
      </w:pPr>
      <w:r w:rsidRPr="003A20A2">
        <w:rPr>
          <w:lang w:val="pt-BR"/>
        </w:rPr>
        <w:t xml:space="preserve">[ex.: </w:t>
      </w:r>
      <w:r w:rsidR="00874E18">
        <w:rPr>
          <w:lang w:val="pt-BR"/>
        </w:rPr>
        <w:t>r</w:t>
      </w:r>
      <w:r w:rsidR="00874E18" w:rsidRPr="00874E18">
        <w:rPr>
          <w:lang w:val="pt-BR"/>
        </w:rPr>
        <w:t>elatório fotográfico "</w:t>
      </w:r>
      <w:r w:rsidR="00874E18">
        <w:rPr>
          <w:lang w:val="pt-BR"/>
        </w:rPr>
        <w:t>a</w:t>
      </w:r>
      <w:r w:rsidR="00874E18" w:rsidRPr="00874E18">
        <w:rPr>
          <w:lang w:val="pt-BR"/>
        </w:rPr>
        <w:t xml:space="preserve">ntes e </w:t>
      </w:r>
      <w:r w:rsidR="00874E18">
        <w:rPr>
          <w:lang w:val="pt-BR"/>
        </w:rPr>
        <w:t>d</w:t>
      </w:r>
      <w:r w:rsidR="00874E18" w:rsidRPr="00874E18">
        <w:rPr>
          <w:lang w:val="pt-BR"/>
        </w:rPr>
        <w:t>epois"</w:t>
      </w:r>
      <w:r w:rsidR="00874E18">
        <w:rPr>
          <w:lang w:val="pt-BR"/>
        </w:rPr>
        <w:t>, n</w:t>
      </w:r>
      <w:r w:rsidR="00874E18" w:rsidRPr="00874E18">
        <w:rPr>
          <w:lang w:val="pt-BR"/>
        </w:rPr>
        <w:t xml:space="preserve">otas </w:t>
      </w:r>
      <w:r w:rsidR="00874E18">
        <w:rPr>
          <w:lang w:val="pt-BR"/>
        </w:rPr>
        <w:t>f</w:t>
      </w:r>
      <w:r w:rsidR="00874E18" w:rsidRPr="00874E18">
        <w:rPr>
          <w:lang w:val="pt-BR"/>
        </w:rPr>
        <w:t>iscais</w:t>
      </w:r>
      <w:r w:rsidR="00874E18">
        <w:rPr>
          <w:lang w:val="pt-BR"/>
        </w:rPr>
        <w:t>, p</w:t>
      </w:r>
      <w:r w:rsidR="00874E18" w:rsidRPr="00874E18">
        <w:rPr>
          <w:lang w:val="pt-BR"/>
        </w:rPr>
        <w:t>lanta as-</w:t>
      </w:r>
      <w:proofErr w:type="spellStart"/>
      <w:r w:rsidR="00874E18" w:rsidRPr="00874E18">
        <w:rPr>
          <w:lang w:val="pt-BR"/>
        </w:rPr>
        <w:t>built</w:t>
      </w:r>
      <w:proofErr w:type="spellEnd"/>
      <w:r w:rsidR="00874E18" w:rsidRPr="00874E18">
        <w:rPr>
          <w:lang w:val="pt-BR"/>
        </w:rPr>
        <w:t xml:space="preserve"> aprovada pelo órgão competente</w:t>
      </w:r>
      <w:r w:rsidRPr="003A20A2">
        <w:rPr>
          <w:lang w:val="pt-BR"/>
        </w:rPr>
        <w:t>]</w:t>
      </w:r>
    </w:p>
    <w:p w14:paraId="000B343A" w14:textId="77777777" w:rsidR="003A20A2" w:rsidRDefault="003A20A2" w:rsidP="003A20A2">
      <w:pPr>
        <w:pStyle w:val="SemEspaamento"/>
        <w:rPr>
          <w:b/>
          <w:bCs/>
          <w:lang w:val="pt-BR"/>
        </w:rPr>
      </w:pPr>
    </w:p>
    <w:p w14:paraId="7DF6B6BC" w14:textId="77777777" w:rsidR="003A20A2" w:rsidRDefault="003A20A2" w:rsidP="003A20A2">
      <w:pPr>
        <w:pStyle w:val="SemEspaamento"/>
        <w:rPr>
          <w:b/>
          <w:bCs/>
          <w:lang w:val="pt-BR"/>
        </w:rPr>
      </w:pPr>
    </w:p>
    <w:tbl>
      <w:tblPr>
        <w:tblStyle w:val="Tabelacomgrade"/>
        <w:tblW w:w="0" w:type="auto"/>
        <w:tblInd w:w="38" w:type="dxa"/>
        <w:tblLook w:val="04A0" w:firstRow="1" w:lastRow="0" w:firstColumn="1" w:lastColumn="0" w:noHBand="0" w:noVBand="1"/>
      </w:tblPr>
      <w:tblGrid>
        <w:gridCol w:w="9357"/>
      </w:tblGrid>
      <w:tr w:rsidR="003A20A2" w:rsidRPr="003A20A2" w14:paraId="12AE6028" w14:textId="77777777" w:rsidTr="00874E18">
        <w:trPr>
          <w:trHeight w:val="397"/>
        </w:trPr>
        <w:tc>
          <w:tcPr>
            <w:tcW w:w="9426" w:type="dxa"/>
            <w:shd w:val="clear" w:color="auto" w:fill="C6D9F1" w:themeFill="text2" w:themeFillTint="33"/>
            <w:vAlign w:val="center"/>
          </w:tcPr>
          <w:p w14:paraId="1EEA0429" w14:textId="7458C33E" w:rsidR="003A20A2" w:rsidRPr="003A20A2" w:rsidRDefault="003A20A2" w:rsidP="002102AB">
            <w:pPr>
              <w:pStyle w:val="SemEspaamento"/>
              <w:rPr>
                <w:b/>
                <w:bCs/>
                <w:lang w:val="pt-BR"/>
              </w:rPr>
            </w:pPr>
            <w:r w:rsidRPr="003A20A2">
              <w:rPr>
                <w:b/>
                <w:bCs/>
                <w:lang w:val="pt-BR"/>
              </w:rPr>
              <w:t xml:space="preserve">Atestado de cumprimento </w:t>
            </w:r>
            <w:r w:rsidR="003F04E9" w:rsidRPr="003F04E9">
              <w:rPr>
                <w:b/>
                <w:bCs/>
                <w:lang w:val="pt-BR"/>
              </w:rPr>
              <w:t>emitido pelo órgão</w:t>
            </w:r>
            <w:r w:rsidR="003F04E9">
              <w:rPr>
                <w:b/>
                <w:bCs/>
                <w:lang w:val="pt-BR"/>
              </w:rPr>
              <w:t xml:space="preserve"> competente</w:t>
            </w:r>
            <w:r w:rsidRPr="003A20A2">
              <w:rPr>
                <w:b/>
                <w:bCs/>
                <w:lang w:val="pt-BR"/>
              </w:rPr>
              <w:t>:</w:t>
            </w:r>
          </w:p>
        </w:tc>
      </w:tr>
    </w:tbl>
    <w:p w14:paraId="2EDE034D" w14:textId="0AFE3686" w:rsidR="003A20A2" w:rsidRDefault="003A20A2" w:rsidP="003A20A2">
      <w:pPr>
        <w:pStyle w:val="SemEspaamento"/>
        <w:rPr>
          <w:lang w:val="pt-BR"/>
        </w:rPr>
      </w:pPr>
      <w:r w:rsidRPr="003A20A2">
        <w:rPr>
          <w:lang w:val="pt-BR"/>
        </w:rPr>
        <w:t xml:space="preserve">[atestado de cumprimento emitido pelo respectivo órgão municipal </w:t>
      </w:r>
      <w:r w:rsidR="00874E18">
        <w:rPr>
          <w:lang w:val="pt-BR"/>
        </w:rPr>
        <w:t>competente</w:t>
      </w:r>
      <w:r w:rsidRPr="003A20A2">
        <w:rPr>
          <w:lang w:val="pt-BR"/>
        </w:rPr>
        <w:t>]</w:t>
      </w:r>
    </w:p>
    <w:p w14:paraId="59D56C41" w14:textId="77777777" w:rsidR="003A20A2" w:rsidRDefault="003A20A2" w:rsidP="003A20A2">
      <w:pPr>
        <w:pStyle w:val="SemEspaamento"/>
        <w:rPr>
          <w:lang w:val="pt-BR"/>
        </w:rPr>
      </w:pPr>
    </w:p>
    <w:p w14:paraId="59854F6E" w14:textId="77777777" w:rsidR="00382A71" w:rsidRDefault="00382A71" w:rsidP="003A20A2">
      <w:pPr>
        <w:pStyle w:val="SemEspaamento"/>
        <w:rPr>
          <w:lang w:val="pt-BR"/>
        </w:rPr>
      </w:pPr>
    </w:p>
    <w:p w14:paraId="216875CD" w14:textId="77777777" w:rsidR="00382A71" w:rsidRDefault="00382A71" w:rsidP="003A20A2">
      <w:pPr>
        <w:pStyle w:val="SemEspaamento"/>
        <w:rPr>
          <w:lang w:val="pt-BR"/>
        </w:rPr>
      </w:pPr>
    </w:p>
    <w:p w14:paraId="40F4FE23" w14:textId="77777777" w:rsidR="00382A71" w:rsidRDefault="00382A71" w:rsidP="003A20A2">
      <w:pPr>
        <w:pStyle w:val="SemEspaamento"/>
        <w:rPr>
          <w:lang w:val="pt-BR"/>
        </w:rPr>
      </w:pPr>
    </w:p>
    <w:p w14:paraId="778BD9D4" w14:textId="77777777" w:rsidR="00382A71" w:rsidRPr="003A20A2" w:rsidRDefault="00382A71" w:rsidP="003A20A2">
      <w:pPr>
        <w:pStyle w:val="SemEspaamento"/>
        <w:rPr>
          <w:lang w:val="pt-BR"/>
        </w:rPr>
      </w:pPr>
    </w:p>
    <w:p w14:paraId="7F1E222C" w14:textId="77777777" w:rsidR="00382A71" w:rsidRDefault="00382A71">
      <w:pPr>
        <w:rPr>
          <w:rFonts w:asciiTheme="majorHAnsi" w:eastAsiaTheme="majorEastAsia" w:hAnsiTheme="majorHAnsi" w:cstheme="majorBidi"/>
          <w:b/>
          <w:bCs/>
          <w:color w:val="365F91" w:themeColor="accent1" w:themeShade="BF"/>
          <w:szCs w:val="28"/>
        </w:rPr>
      </w:pPr>
      <w:r>
        <w:lastRenderedPageBreak/>
        <w:br w:type="page"/>
      </w:r>
    </w:p>
    <w:p w14:paraId="5731EDA4" w14:textId="11C64A54" w:rsidR="0070225B" w:rsidRPr="003A20A2" w:rsidRDefault="003A20A2">
      <w:pPr>
        <w:pStyle w:val="Ttulo1"/>
      </w:pPr>
      <w:r w:rsidRPr="003A20A2">
        <w:t>3. CONCLUSÃO</w:t>
      </w:r>
    </w:p>
    <w:p w14:paraId="645EF4C7" w14:textId="65590088" w:rsidR="005065FA" w:rsidRDefault="005065FA" w:rsidP="006C60F6">
      <w:pPr>
        <w:pStyle w:val="Texto"/>
      </w:pPr>
      <w:r w:rsidRPr="005065FA">
        <w:t xml:space="preserve">Diante das comprovações documentais, fotográficas e dos respectivos atestados anexos a este instrumento, </w:t>
      </w:r>
      <w:r w:rsidR="003F04E9">
        <w:t>damos</w:t>
      </w:r>
      <w:r w:rsidRPr="005065FA">
        <w:t xml:space="preserve"> por concluída e plenamente cumprida a </w:t>
      </w:r>
      <w:r w:rsidR="003F04E9">
        <w:t xml:space="preserve">presente </w:t>
      </w:r>
      <w:r w:rsidRPr="005065FA">
        <w:t>etapa de implantação das medidas exigidas pelo Estudo de Impacto de Vizinhança (EIV).</w:t>
      </w:r>
    </w:p>
    <w:p w14:paraId="656609A6" w14:textId="77777777" w:rsidR="005065FA" w:rsidRDefault="005065FA" w:rsidP="006C60F6">
      <w:pPr>
        <w:pStyle w:val="Texto"/>
      </w:pPr>
    </w:p>
    <w:p w14:paraId="5D2A5B6B" w14:textId="306E404A" w:rsidR="005065FA" w:rsidRDefault="005065FA" w:rsidP="006C60F6">
      <w:pPr>
        <w:pStyle w:val="Texto"/>
      </w:pPr>
      <w:r w:rsidRPr="005065FA">
        <w:t xml:space="preserve">Declaramos total </w:t>
      </w:r>
      <w:r w:rsidRPr="003A20A2">
        <w:t>responsabili</w:t>
      </w:r>
      <w:r>
        <w:t xml:space="preserve">dade </w:t>
      </w:r>
      <w:r w:rsidRPr="003A20A2">
        <w:t>pela veracidade das informações prestadas e pelos documentos apresentados</w:t>
      </w:r>
      <w:r>
        <w:t>, e</w:t>
      </w:r>
      <w:r w:rsidRPr="005065FA">
        <w:t xml:space="preserve"> </w:t>
      </w:r>
      <w:r w:rsidRPr="005065FA">
        <w:t xml:space="preserve">ciência de que a prestação de falsa declaração é infração que enseja a cassação imediata de licenças e alvarás, </w:t>
      </w:r>
      <w:r w:rsidRPr="00874E18">
        <w:t xml:space="preserve">sem prejuízo das </w:t>
      </w:r>
      <w:r w:rsidRPr="003A20A2">
        <w:t>sanções legais aplicáveis</w:t>
      </w:r>
      <w:r w:rsidRPr="0078417A">
        <w:t>.</w:t>
      </w:r>
    </w:p>
    <w:p w14:paraId="144EA63C" w14:textId="10A52FD3" w:rsidR="00874E18" w:rsidRPr="003A20A2" w:rsidRDefault="003A20A2" w:rsidP="006C60F6">
      <w:pPr>
        <w:pStyle w:val="Texto"/>
      </w:pPr>
      <w:r w:rsidRPr="003A20A2">
        <w:br/>
      </w:r>
    </w:p>
    <w:p w14:paraId="15909B11" w14:textId="3F3B27D0" w:rsidR="006C60F6" w:rsidRDefault="003A20A2" w:rsidP="006C60F6">
      <w:pPr>
        <w:pStyle w:val="Texto"/>
        <w:jc w:val="right"/>
      </w:pPr>
      <w:r w:rsidRPr="003A20A2">
        <w:br/>
      </w:r>
      <w:r>
        <w:t>Londrina</w:t>
      </w:r>
      <w:r w:rsidRPr="003A20A2">
        <w:t>, [dia] de [mês] de [ano]</w:t>
      </w:r>
      <w:r w:rsidR="006C60F6" w:rsidRPr="003A20A2">
        <w:t>.</w:t>
      </w:r>
    </w:p>
    <w:p w14:paraId="5FBC3267" w14:textId="77777777" w:rsidR="00BC0BEC" w:rsidRDefault="00BC0BEC" w:rsidP="006C60F6">
      <w:pPr>
        <w:pStyle w:val="Texto"/>
        <w:jc w:val="right"/>
      </w:pPr>
    </w:p>
    <w:p w14:paraId="13617FD0" w14:textId="77777777" w:rsidR="00BC0BEC" w:rsidRDefault="00BC0BEC" w:rsidP="006C60F6">
      <w:pPr>
        <w:pStyle w:val="Texto"/>
        <w:jc w:val="right"/>
      </w:pPr>
    </w:p>
    <w:p w14:paraId="7098E91A" w14:textId="77777777" w:rsidR="00BC0BEC" w:rsidRDefault="00BC0BEC" w:rsidP="006C60F6">
      <w:pPr>
        <w:pStyle w:val="Texto"/>
        <w:jc w:val="right"/>
      </w:pPr>
    </w:p>
    <w:p w14:paraId="4DB2C4C6" w14:textId="77777777" w:rsidR="003F04E9" w:rsidRDefault="003F04E9" w:rsidP="006C60F6">
      <w:pPr>
        <w:pStyle w:val="Texto"/>
        <w:jc w:val="right"/>
      </w:pPr>
    </w:p>
    <w:tbl>
      <w:tblPr>
        <w:tblStyle w:val="Tabelacomgrade"/>
        <w:tblW w:w="0" w:type="auto"/>
        <w:tblInd w:w="3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50"/>
        <w:gridCol w:w="1517"/>
        <w:gridCol w:w="3900"/>
      </w:tblGrid>
      <w:tr w:rsidR="00BC0BEC" w14:paraId="0D03624F" w14:textId="48063AA8" w:rsidTr="00BC0BEC">
        <w:tc>
          <w:tcPr>
            <w:tcW w:w="4039" w:type="dxa"/>
            <w:tcBorders>
              <w:bottom w:val="single" w:sz="4" w:space="0" w:color="auto"/>
            </w:tcBorders>
          </w:tcPr>
          <w:p w14:paraId="34AC84C9" w14:textId="77777777" w:rsidR="00BC0BEC" w:rsidRDefault="00BC0BEC" w:rsidP="006C60F6">
            <w:pPr>
              <w:pStyle w:val="Texto"/>
              <w:jc w:val="right"/>
            </w:pPr>
          </w:p>
        </w:tc>
        <w:tc>
          <w:tcPr>
            <w:tcW w:w="1560" w:type="dxa"/>
          </w:tcPr>
          <w:p w14:paraId="596EDC39" w14:textId="77777777" w:rsidR="00BC0BEC" w:rsidRDefault="00BC0BEC" w:rsidP="006C60F6">
            <w:pPr>
              <w:pStyle w:val="Texto"/>
              <w:jc w:val="right"/>
            </w:pPr>
          </w:p>
        </w:tc>
        <w:tc>
          <w:tcPr>
            <w:tcW w:w="3984" w:type="dxa"/>
            <w:tcBorders>
              <w:bottom w:val="single" w:sz="4" w:space="0" w:color="auto"/>
            </w:tcBorders>
          </w:tcPr>
          <w:p w14:paraId="32050910" w14:textId="77777777" w:rsidR="00BC0BEC" w:rsidRDefault="00BC0BEC" w:rsidP="006C60F6">
            <w:pPr>
              <w:pStyle w:val="Texto"/>
              <w:jc w:val="right"/>
            </w:pPr>
          </w:p>
        </w:tc>
      </w:tr>
      <w:tr w:rsidR="00BC0BEC" w14:paraId="2F356E64" w14:textId="06396FFA" w:rsidTr="00BC0BEC">
        <w:tc>
          <w:tcPr>
            <w:tcW w:w="4039" w:type="dxa"/>
            <w:tcBorders>
              <w:top w:val="single" w:sz="4" w:space="0" w:color="auto"/>
            </w:tcBorders>
          </w:tcPr>
          <w:p w14:paraId="42EACCB4" w14:textId="6889D659" w:rsidR="00BC0BEC" w:rsidRDefault="00BC0BEC" w:rsidP="00BC0BEC">
            <w:pPr>
              <w:pStyle w:val="Texto"/>
              <w:spacing w:line="240" w:lineRule="auto"/>
              <w:jc w:val="center"/>
            </w:pPr>
            <w:r>
              <w:t>[</w:t>
            </w:r>
            <w:r w:rsidRPr="003A20A2">
              <w:t>Nome do responsável legal</w:t>
            </w:r>
            <w:r>
              <w:t>]</w:t>
            </w:r>
          </w:p>
          <w:p w14:paraId="55DF1DE1" w14:textId="6F08E0FE" w:rsidR="00BC0BEC" w:rsidRDefault="00BC0BEC" w:rsidP="00BC0BEC">
            <w:pPr>
              <w:pStyle w:val="Texto"/>
              <w:spacing w:line="240" w:lineRule="auto"/>
              <w:jc w:val="center"/>
            </w:pPr>
            <w:r>
              <w:t>CPF nº: [Número]</w:t>
            </w:r>
          </w:p>
        </w:tc>
        <w:tc>
          <w:tcPr>
            <w:tcW w:w="1560" w:type="dxa"/>
          </w:tcPr>
          <w:p w14:paraId="6B8A2EE1" w14:textId="1F7D6182" w:rsidR="00BC0BEC" w:rsidRDefault="00BC0BEC" w:rsidP="00BC0BEC">
            <w:pPr>
              <w:pStyle w:val="Texto"/>
              <w:spacing w:line="240" w:lineRule="auto"/>
              <w:jc w:val="center"/>
            </w:pPr>
          </w:p>
        </w:tc>
        <w:tc>
          <w:tcPr>
            <w:tcW w:w="3984" w:type="dxa"/>
            <w:tcBorders>
              <w:top w:val="single" w:sz="4" w:space="0" w:color="auto"/>
            </w:tcBorders>
          </w:tcPr>
          <w:p w14:paraId="30712532" w14:textId="77777777" w:rsidR="00BC0BEC" w:rsidRDefault="00BC0BEC" w:rsidP="00BC0BEC">
            <w:pPr>
              <w:pStyle w:val="Texto"/>
              <w:spacing w:line="240" w:lineRule="auto"/>
              <w:jc w:val="center"/>
            </w:pPr>
            <w:r>
              <w:t>[</w:t>
            </w:r>
            <w:r w:rsidRPr="003A20A2">
              <w:t xml:space="preserve">Nome do </w:t>
            </w:r>
            <w:r>
              <w:t>Coordenador do EIV]</w:t>
            </w:r>
          </w:p>
          <w:p w14:paraId="64897008" w14:textId="7FACB3DF" w:rsidR="00BC0BEC" w:rsidRDefault="00BC0BEC" w:rsidP="00BC0BEC">
            <w:pPr>
              <w:pStyle w:val="Texto"/>
              <w:spacing w:line="240" w:lineRule="auto"/>
              <w:jc w:val="center"/>
            </w:pPr>
            <w:r>
              <w:t>Registro Profissional nº: [Número]</w:t>
            </w:r>
          </w:p>
        </w:tc>
      </w:tr>
    </w:tbl>
    <w:p w14:paraId="5D3346AC" w14:textId="77777777" w:rsidR="005065FA" w:rsidRPr="006C60F6" w:rsidRDefault="005065FA" w:rsidP="00BC0BEC">
      <w:pPr>
        <w:pStyle w:val="Texto"/>
        <w:jc w:val="right"/>
      </w:pPr>
    </w:p>
    <w:sectPr w:rsidR="005065FA" w:rsidRPr="006C60F6" w:rsidSect="00A9399A">
      <w:footerReference w:type="default" r:id="rId8"/>
      <w:pgSz w:w="12240" w:h="15840"/>
      <w:pgMar w:top="1701" w:right="1134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BA8BE7" w14:textId="77777777" w:rsidR="00382A71" w:rsidRDefault="00382A71" w:rsidP="00382A71">
      <w:pPr>
        <w:spacing w:after="0" w:line="240" w:lineRule="auto"/>
      </w:pPr>
      <w:r>
        <w:separator/>
      </w:r>
    </w:p>
  </w:endnote>
  <w:endnote w:type="continuationSeparator" w:id="0">
    <w:p w14:paraId="75216310" w14:textId="77777777" w:rsidR="00382A71" w:rsidRDefault="00382A71" w:rsidP="00382A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Calibri" w:hAnsi="Calibri" w:cs="Calibri"/>
        <w:sz w:val="20"/>
        <w:szCs w:val="20"/>
      </w:rPr>
      <w:id w:val="1795179188"/>
      <w:docPartObj>
        <w:docPartGallery w:val="Page Numbers (Bottom of Page)"/>
        <w:docPartUnique/>
      </w:docPartObj>
    </w:sdtPr>
    <w:sdtContent>
      <w:sdt>
        <w:sdtPr>
          <w:rPr>
            <w:rFonts w:ascii="Calibri" w:hAnsi="Calibri" w:cs="Calibri"/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Content>
          <w:p w14:paraId="591CE197" w14:textId="46974D63" w:rsidR="00382A71" w:rsidRPr="00382A71" w:rsidRDefault="00382A71">
            <w:pPr>
              <w:pStyle w:val="Rodap"/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382A71">
              <w:rPr>
                <w:rFonts w:ascii="Calibri" w:hAnsi="Calibri" w:cs="Calibri"/>
                <w:sz w:val="20"/>
                <w:szCs w:val="20"/>
              </w:rPr>
              <w:t xml:space="preserve">Página </w:t>
            </w:r>
            <w:r w:rsidRPr="00382A71">
              <w:rPr>
                <w:rFonts w:ascii="Calibri" w:hAnsi="Calibri" w:cs="Calibri"/>
                <w:b/>
                <w:bCs/>
                <w:sz w:val="20"/>
                <w:szCs w:val="20"/>
              </w:rPr>
              <w:fldChar w:fldCharType="begin"/>
            </w:r>
            <w:r w:rsidRPr="00382A71">
              <w:rPr>
                <w:rFonts w:ascii="Calibri" w:hAnsi="Calibri" w:cs="Calibri"/>
                <w:b/>
                <w:bCs/>
                <w:sz w:val="20"/>
                <w:szCs w:val="20"/>
              </w:rPr>
              <w:instrText>PAGE</w:instrText>
            </w:r>
            <w:r w:rsidRPr="00382A71">
              <w:rPr>
                <w:rFonts w:ascii="Calibri" w:hAnsi="Calibri" w:cs="Calibri"/>
                <w:b/>
                <w:bCs/>
                <w:sz w:val="20"/>
                <w:szCs w:val="20"/>
              </w:rPr>
              <w:fldChar w:fldCharType="separate"/>
            </w:r>
            <w:r w:rsidRPr="00382A71">
              <w:rPr>
                <w:rFonts w:ascii="Calibri" w:hAnsi="Calibri" w:cs="Calibri"/>
                <w:b/>
                <w:bCs/>
                <w:sz w:val="20"/>
                <w:szCs w:val="20"/>
              </w:rPr>
              <w:t>2</w:t>
            </w:r>
            <w:r w:rsidRPr="00382A71">
              <w:rPr>
                <w:rFonts w:ascii="Calibri" w:hAnsi="Calibri" w:cs="Calibri"/>
                <w:b/>
                <w:bCs/>
                <w:sz w:val="20"/>
                <w:szCs w:val="20"/>
              </w:rPr>
              <w:fldChar w:fldCharType="end"/>
            </w:r>
            <w:r w:rsidRPr="00382A71">
              <w:rPr>
                <w:rFonts w:ascii="Calibri" w:hAnsi="Calibri" w:cs="Calibri"/>
                <w:sz w:val="20"/>
                <w:szCs w:val="20"/>
              </w:rPr>
              <w:t xml:space="preserve"> de </w:t>
            </w:r>
            <w:r w:rsidRPr="00382A71">
              <w:rPr>
                <w:rFonts w:ascii="Calibri" w:hAnsi="Calibri" w:cs="Calibri"/>
                <w:b/>
                <w:bCs/>
                <w:sz w:val="20"/>
                <w:szCs w:val="20"/>
              </w:rPr>
              <w:fldChar w:fldCharType="begin"/>
            </w:r>
            <w:r w:rsidRPr="00382A71">
              <w:rPr>
                <w:rFonts w:ascii="Calibri" w:hAnsi="Calibri" w:cs="Calibri"/>
                <w:b/>
                <w:bCs/>
                <w:sz w:val="20"/>
                <w:szCs w:val="20"/>
              </w:rPr>
              <w:instrText>NUMPAGES</w:instrText>
            </w:r>
            <w:r w:rsidRPr="00382A71">
              <w:rPr>
                <w:rFonts w:ascii="Calibri" w:hAnsi="Calibri" w:cs="Calibri"/>
                <w:b/>
                <w:bCs/>
                <w:sz w:val="20"/>
                <w:szCs w:val="20"/>
              </w:rPr>
              <w:fldChar w:fldCharType="separate"/>
            </w:r>
            <w:r w:rsidRPr="00382A71">
              <w:rPr>
                <w:rFonts w:ascii="Calibri" w:hAnsi="Calibri" w:cs="Calibri"/>
                <w:b/>
                <w:bCs/>
                <w:sz w:val="20"/>
                <w:szCs w:val="20"/>
              </w:rPr>
              <w:t>2</w:t>
            </w:r>
            <w:r w:rsidRPr="00382A71">
              <w:rPr>
                <w:rFonts w:ascii="Calibri" w:hAnsi="Calibri" w:cs="Calibri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1640686E" w14:textId="77777777" w:rsidR="00382A71" w:rsidRDefault="00382A71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0D7834" w14:textId="77777777" w:rsidR="00382A71" w:rsidRDefault="00382A71" w:rsidP="00382A71">
      <w:pPr>
        <w:spacing w:after="0" w:line="240" w:lineRule="auto"/>
      </w:pPr>
      <w:r>
        <w:separator/>
      </w:r>
    </w:p>
  </w:footnote>
  <w:footnote w:type="continuationSeparator" w:id="0">
    <w:p w14:paraId="24F68A93" w14:textId="77777777" w:rsidR="00382A71" w:rsidRDefault="00382A71" w:rsidP="00382A7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Numerad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Numerad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Commarcadore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Commarcadore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Numerad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784694936">
    <w:abstractNumId w:val="8"/>
  </w:num>
  <w:num w:numId="2" w16cid:durableId="552277255">
    <w:abstractNumId w:val="6"/>
  </w:num>
  <w:num w:numId="3" w16cid:durableId="234316338">
    <w:abstractNumId w:val="5"/>
  </w:num>
  <w:num w:numId="4" w16cid:durableId="649410619">
    <w:abstractNumId w:val="4"/>
  </w:num>
  <w:num w:numId="5" w16cid:durableId="634797877">
    <w:abstractNumId w:val="7"/>
  </w:num>
  <w:num w:numId="6" w16cid:durableId="1735086311">
    <w:abstractNumId w:val="3"/>
  </w:num>
  <w:num w:numId="7" w16cid:durableId="1924561919">
    <w:abstractNumId w:val="2"/>
  </w:num>
  <w:num w:numId="8" w16cid:durableId="1825583947">
    <w:abstractNumId w:val="1"/>
  </w:num>
  <w:num w:numId="9" w16cid:durableId="683549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12F8B"/>
    <w:rsid w:val="00034616"/>
    <w:rsid w:val="0006063C"/>
    <w:rsid w:val="0015074B"/>
    <w:rsid w:val="002742D8"/>
    <w:rsid w:val="0029639D"/>
    <w:rsid w:val="002C2718"/>
    <w:rsid w:val="00326F90"/>
    <w:rsid w:val="00382A71"/>
    <w:rsid w:val="003A20A2"/>
    <w:rsid w:val="003F04E9"/>
    <w:rsid w:val="00461086"/>
    <w:rsid w:val="00492D32"/>
    <w:rsid w:val="005065FA"/>
    <w:rsid w:val="006C60F6"/>
    <w:rsid w:val="0070225B"/>
    <w:rsid w:val="0078417A"/>
    <w:rsid w:val="007F6377"/>
    <w:rsid w:val="00874E18"/>
    <w:rsid w:val="00A9399A"/>
    <w:rsid w:val="00AA1D8D"/>
    <w:rsid w:val="00B47730"/>
    <w:rsid w:val="00BC0BEC"/>
    <w:rsid w:val="00BC73C6"/>
    <w:rsid w:val="00C84068"/>
    <w:rsid w:val="00CB0664"/>
    <w:rsid w:val="00CD2FDD"/>
    <w:rsid w:val="00D6067C"/>
    <w:rsid w:val="00EE71F1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8F43AC3"/>
  <w14:defaultImageDpi w14:val="300"/>
  <w15:docId w15:val="{A259779F-13FE-47CE-8A2B-7A5A630204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lang w:val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C84068"/>
    <w:pPr>
      <w:keepNext/>
      <w:keepLines/>
      <w:spacing w:before="300" w:after="100" w:line="36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618BF"/>
  </w:style>
  <w:style w:type="paragraph" w:styleId="Rodap">
    <w:name w:val="footer"/>
    <w:basedOn w:val="Normal"/>
    <w:link w:val="Rodap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618BF"/>
  </w:style>
  <w:style w:type="paragraph" w:styleId="SemEspaamento">
    <w:name w:val="No Spacing"/>
    <w:uiPriority w:val="1"/>
    <w:qFormat/>
    <w:rsid w:val="006C60F6"/>
    <w:pPr>
      <w:spacing w:after="0" w:line="240" w:lineRule="auto"/>
    </w:pPr>
    <w:rPr>
      <w:rFonts w:ascii="Calibri" w:hAnsi="Calibri"/>
    </w:rPr>
  </w:style>
  <w:style w:type="character" w:customStyle="1" w:styleId="Ttulo1Char">
    <w:name w:val="Título 1 Char"/>
    <w:basedOn w:val="Fontepargpadro"/>
    <w:link w:val="Ttulo1"/>
    <w:uiPriority w:val="9"/>
    <w:rsid w:val="00C84068"/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character" w:customStyle="1" w:styleId="Ttulo2Char">
    <w:name w:val="Título 2 Char"/>
    <w:basedOn w:val="Fontepargpadro"/>
    <w:link w:val="Ttu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">
    <w:name w:val="Title"/>
    <w:basedOn w:val="Normal"/>
    <w:next w:val="Normal"/>
    <w:link w:val="TtuloChar"/>
    <w:uiPriority w:val="10"/>
    <w:qFormat/>
    <w:rsid w:val="00A9399A"/>
    <w:pPr>
      <w:pBdr>
        <w:bottom w:val="single" w:sz="8" w:space="4" w:color="4F81BD" w:themeColor="accent1"/>
      </w:pBdr>
      <w:spacing w:after="400" w:line="240" w:lineRule="auto"/>
      <w:contextualSpacing/>
    </w:pPr>
    <w:rPr>
      <w:rFonts w:asciiTheme="majorHAnsi" w:eastAsiaTheme="majorEastAsia" w:hAnsiTheme="majorHAnsi" w:cstheme="majorBidi"/>
      <w:b/>
      <w:color w:val="1F497D" w:themeColor="text2"/>
      <w:spacing w:val="5"/>
      <w:kern w:val="28"/>
      <w:sz w:val="28"/>
      <w:szCs w:val="52"/>
    </w:rPr>
  </w:style>
  <w:style w:type="character" w:customStyle="1" w:styleId="TtuloChar">
    <w:name w:val="Título Char"/>
    <w:basedOn w:val="Fontepargpadro"/>
    <w:link w:val="Ttulo"/>
    <w:uiPriority w:val="10"/>
    <w:rsid w:val="00A9399A"/>
    <w:rPr>
      <w:rFonts w:asciiTheme="majorHAnsi" w:eastAsiaTheme="majorEastAsia" w:hAnsiTheme="majorHAnsi" w:cstheme="majorBidi"/>
      <w:b/>
      <w:color w:val="1F497D" w:themeColor="text2"/>
      <w:spacing w:val="5"/>
      <w:kern w:val="28"/>
      <w:sz w:val="28"/>
      <w:szCs w:val="52"/>
      <w:lang w:val="pt-BR"/>
    </w:rPr>
  </w:style>
  <w:style w:type="paragraph" w:styleId="Subttulo">
    <w:name w:val="Subtitle"/>
    <w:basedOn w:val="Normal"/>
    <w:next w:val="Normal"/>
    <w:link w:val="Subttulo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har">
    <w:name w:val="Subtítulo Char"/>
    <w:basedOn w:val="Fontepargpadro"/>
    <w:link w:val="Subttu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grafodaList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Corpodetexto">
    <w:name w:val="Body Text"/>
    <w:basedOn w:val="Normal"/>
    <w:link w:val="CorpodetextoChar"/>
    <w:uiPriority w:val="99"/>
    <w:unhideWhenUsed/>
    <w:rsid w:val="00AA1D8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AA1D8D"/>
  </w:style>
  <w:style w:type="paragraph" w:styleId="Corpodetexto2">
    <w:name w:val="Body Text 2"/>
    <w:basedOn w:val="Normal"/>
    <w:link w:val="Corpodetexto2Char"/>
    <w:uiPriority w:val="99"/>
    <w:unhideWhenUsed/>
    <w:rsid w:val="00AA1D8D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AA1D8D"/>
  </w:style>
  <w:style w:type="paragraph" w:styleId="Corpodetexto3">
    <w:name w:val="Body Text 3"/>
    <w:basedOn w:val="Normal"/>
    <w:link w:val="Corpodetexto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uiPriority w:val="99"/>
    <w:rsid w:val="00AA1D8D"/>
    <w:rPr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Commarcadore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Commarcadore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Commarcadore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Numerada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Numerada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Numerada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adecontinuao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adecontinuao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adecontinuao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odemacro">
    <w:name w:val="macro"/>
    <w:link w:val="Textodemacro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odemacroChar">
    <w:name w:val="Texto de macro Char"/>
    <w:basedOn w:val="Fontepargpadro"/>
    <w:link w:val="Textodemacro"/>
    <w:uiPriority w:val="99"/>
    <w:rsid w:val="0029639D"/>
    <w:rPr>
      <w:rFonts w:ascii="Courier" w:hAnsi="Courier"/>
      <w:sz w:val="20"/>
      <w:szCs w:val="20"/>
    </w:rPr>
  </w:style>
  <w:style w:type="paragraph" w:styleId="Citao">
    <w:name w:val="Quote"/>
    <w:basedOn w:val="Normal"/>
    <w:next w:val="Normal"/>
    <w:link w:val="CitaoChar"/>
    <w:uiPriority w:val="29"/>
    <w:qFormat/>
    <w:rsid w:val="00FC693F"/>
    <w:rPr>
      <w:i/>
      <w:iCs/>
      <w:color w:val="000000" w:themeColor="text1"/>
    </w:rPr>
  </w:style>
  <w:style w:type="character" w:customStyle="1" w:styleId="CitaoChar">
    <w:name w:val="Citação Char"/>
    <w:basedOn w:val="Fontepargpadro"/>
    <w:link w:val="Citao"/>
    <w:uiPriority w:val="29"/>
    <w:rsid w:val="00FC693F"/>
    <w:rPr>
      <w:i/>
      <w:iCs/>
      <w:color w:val="000000" w:themeColor="text1"/>
    </w:rPr>
  </w:style>
  <w:style w:type="character" w:customStyle="1" w:styleId="Ttulo4Char">
    <w:name w:val="Título 4 Char"/>
    <w:basedOn w:val="Fontepargpadro"/>
    <w:link w:val="Ttu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har">
    <w:name w:val="Título 5 Char"/>
    <w:basedOn w:val="Fontepargpadro"/>
    <w:link w:val="Ttu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Forte">
    <w:name w:val="Strong"/>
    <w:basedOn w:val="Fontepargpadro"/>
    <w:uiPriority w:val="22"/>
    <w:qFormat/>
    <w:rsid w:val="00FC693F"/>
    <w:rPr>
      <w:b/>
      <w:bCs/>
    </w:rPr>
  </w:style>
  <w:style w:type="character" w:styleId="nfase">
    <w:name w:val="Emphasis"/>
    <w:basedOn w:val="Fontepargpadro"/>
    <w:uiPriority w:val="20"/>
    <w:qFormat/>
    <w:rsid w:val="00FC693F"/>
    <w:rPr>
      <w:i/>
      <w:iCs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FC693F"/>
    <w:rPr>
      <w:b/>
      <w:bCs/>
      <w:i/>
      <w:iCs/>
      <w:color w:val="4F81BD" w:themeColor="accent1"/>
    </w:rPr>
  </w:style>
  <w:style w:type="character" w:styleId="nfaseSutil">
    <w:name w:val="Subtle Emphasis"/>
    <w:basedOn w:val="Fontepargpadro"/>
    <w:uiPriority w:val="19"/>
    <w:qFormat/>
    <w:rsid w:val="00FC693F"/>
    <w:rPr>
      <w:i/>
      <w:iCs/>
      <w:color w:val="808080" w:themeColor="text1" w:themeTint="7F"/>
    </w:rPr>
  </w:style>
  <w:style w:type="character" w:styleId="nfaseIntensa">
    <w:name w:val="Intense Emphasis"/>
    <w:basedOn w:val="Fontepargpadro"/>
    <w:uiPriority w:val="21"/>
    <w:qFormat/>
    <w:rsid w:val="00FC693F"/>
    <w:rPr>
      <w:b/>
      <w:bCs/>
      <w:i/>
      <w:iCs/>
      <w:color w:val="4F81BD" w:themeColor="accent1"/>
    </w:rPr>
  </w:style>
  <w:style w:type="character" w:styleId="RefernciaSutil">
    <w:name w:val="Subtle Reference"/>
    <w:basedOn w:val="Fontepargpadro"/>
    <w:uiPriority w:val="31"/>
    <w:qFormat/>
    <w:rsid w:val="00FC693F"/>
    <w:rPr>
      <w:smallCaps/>
      <w:color w:val="C0504D" w:themeColor="accent2"/>
      <w:u w:val="single"/>
    </w:rPr>
  </w:style>
  <w:style w:type="character" w:styleId="RefernciaIntensa">
    <w:name w:val="Intense Reference"/>
    <w:basedOn w:val="Fontepargpadro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tulodoLivro">
    <w:name w:val="Book Title"/>
    <w:basedOn w:val="Fontepargpadro"/>
    <w:uiPriority w:val="33"/>
    <w:qFormat/>
    <w:rsid w:val="00FC693F"/>
    <w:rPr>
      <w:b/>
      <w:bCs/>
      <w:smallCaps/>
      <w:spacing w:val="5"/>
    </w:rPr>
  </w:style>
  <w:style w:type="paragraph" w:styleId="CabealhodoSumrio">
    <w:name w:val="TOC Heading"/>
    <w:basedOn w:val="Ttulo1"/>
    <w:next w:val="Normal"/>
    <w:uiPriority w:val="39"/>
    <w:semiHidden/>
    <w:unhideWhenUsed/>
    <w:qFormat/>
    <w:rsid w:val="00FC693F"/>
    <w:pPr>
      <w:outlineLvl w:val="9"/>
    </w:pPr>
  </w:style>
  <w:style w:type="table" w:styleId="Tabelacomgrade">
    <w:name w:val="Table Grid"/>
    <w:basedOn w:val="Tabela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mentoClaro">
    <w:name w:val="Light Shading"/>
    <w:basedOn w:val="Tabela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mentoClaro-nfase1">
    <w:name w:val="Light Shading Accent 1"/>
    <w:basedOn w:val="Tabela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mentoClaro-nfase2">
    <w:name w:val="Light Shading Accent 2"/>
    <w:basedOn w:val="Tabela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ombreamentoClaro-nfase3">
    <w:name w:val="Light Shading Accent 3"/>
    <w:basedOn w:val="Tabela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ombreamentoClaro-nfase4">
    <w:name w:val="Light Shading Accent 4"/>
    <w:basedOn w:val="Tabela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ombreamentoClaro-nfase5">
    <w:name w:val="Light Shading Accent 5"/>
    <w:basedOn w:val="Tabela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ombreamentoClaro-nfase6">
    <w:name w:val="Light Shading Accent 6"/>
    <w:basedOn w:val="Tabela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aClara">
    <w:name w:val="Light List"/>
    <w:basedOn w:val="Tabe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e1">
    <w:name w:val="Light List Accent 1"/>
    <w:basedOn w:val="Tabe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nfase2">
    <w:name w:val="Light List Accent 2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aClara-nfase3">
    <w:name w:val="Light List Accent 3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aClara-nfase4">
    <w:name w:val="Light List Accent 4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aClara-nfase5">
    <w:name w:val="Light List Accent 5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aClara-nfase6">
    <w:name w:val="Light List Accent 6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adeClara">
    <w:name w:val="Light Grid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adeClara-nfase1">
    <w:name w:val="Light Grid Accent 1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adeClara-nfase2">
    <w:name w:val="Light Grid Accent 2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adeClara-nfase3">
    <w:name w:val="Light Grid Accent 3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adeClara-nfase4">
    <w:name w:val="Light Grid Accent 4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adeClara-nfase5">
    <w:name w:val="Light Grid Accent 5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adeClara-nfase6">
    <w:name w:val="Light Grid Accent 6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ombreamentoMdio1">
    <w:name w:val="Medium Shading 1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1">
    <w:name w:val="Medium Shading 1 Accent 1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2">
    <w:name w:val="Medium Shading 1 Accent 2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3">
    <w:name w:val="Medium Shading 1 Accent 3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4">
    <w:name w:val="Medium Shading 1 Accent 4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5">
    <w:name w:val="Medium Shading 1 Accent 5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6">
    <w:name w:val="Medium Shading 1 Accent 6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2">
    <w:name w:val="Medium Shading 2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1">
    <w:name w:val="Medium Shading 2 Accent 1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2">
    <w:name w:val="Medium Shading 2 Accent 2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3">
    <w:name w:val="Medium Shading 2 Accent 3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4">
    <w:name w:val="Medium Shading 2 Accent 4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5">
    <w:name w:val="Medium Shading 2 Accent 5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6">
    <w:name w:val="Medium Shading 2 Accent 6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aMdia1">
    <w:name w:val="Medium List 1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dia1-nfase1">
    <w:name w:val="Medium List 1 Accent 1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aMdia1-nfase2">
    <w:name w:val="Medium List 1 Accent 2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aMdia1-nfase3">
    <w:name w:val="Medium List 1 Accent 3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aMdia1-nfase4">
    <w:name w:val="Medium List 1 Accent 4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aMdia1-nfase5">
    <w:name w:val="Medium List 1 Accent 5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aMdia1-nfase6">
    <w:name w:val="Medium List 1 Accent 6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aMdia2">
    <w:name w:val="Medium List 2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1">
    <w:name w:val="Medium List 2 Accent 1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2">
    <w:name w:val="Medium List 2 Accent 2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3">
    <w:name w:val="Medium List 2 Accent 3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4">
    <w:name w:val="Medium List 2 Accent 4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5">
    <w:name w:val="Medium List 2 Accent 5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6">
    <w:name w:val="Medium List 2 Accent 6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adeMdia1">
    <w:name w:val="Medium Grid 1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adeMdia1-nfase1">
    <w:name w:val="Medium Grid 1 Accent 1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adeMdia1-nfase2">
    <w:name w:val="Medium Grid 1 Accent 2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adeMdia1-nfase3">
    <w:name w:val="Medium Grid 1 Accent 3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adeMdia1-nfase4">
    <w:name w:val="Medium Grid 1 Accent 4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adeMdia1-nfase5">
    <w:name w:val="Medium Grid 1 Accent 5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adeMdia1-nfase6">
    <w:name w:val="Medium Grid 1 Accent 6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adeMdia2">
    <w:name w:val="Medium Grid 2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1">
    <w:name w:val="Medium Grid 2 Accent 1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2">
    <w:name w:val="Medium Grid 2 Accent 2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3">
    <w:name w:val="Medium Grid 2 Accent 3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4">
    <w:name w:val="Medium Grid 2 Accent 4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5">
    <w:name w:val="Medium Grid 2 Accent 5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6">
    <w:name w:val="Medium Grid 2 Accent 6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3">
    <w:name w:val="Medium Grid 3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adeMdia3-nfase1">
    <w:name w:val="Medium Grid 3 Accent 1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adeMdia3-nfase2">
    <w:name w:val="Medium Grid 3 Accent 2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adeMdia3-nfase3">
    <w:name w:val="Medium Grid 3 Accent 3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adeMdia3-nfase4">
    <w:name w:val="Medium Grid 3 Accent 4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adeMdia3-nfase5">
    <w:name w:val="Medium Grid 3 Accent 5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adeMdia3-nfase6">
    <w:name w:val="Medium Grid 3 Accent 6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aEscura">
    <w:name w:val="Dark List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Escura-nfase1">
    <w:name w:val="Dark List Accent 1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aEscura-nfase2">
    <w:name w:val="Dark List Accent 2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aEscura-nfase3">
    <w:name w:val="Dark List Accent 3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aEscura-nfase4">
    <w:name w:val="Dark List Accent 4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aEscura-nfase5">
    <w:name w:val="Dark List Accent 5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aEscura-nfase6">
    <w:name w:val="Dark List Accent 6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ombreamentoColorido">
    <w:name w:val="Colorful Shading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Escuro-nfase1">
    <w:name w:val="Colorful Shading Accent 1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2">
    <w:name w:val="Colorful Shading Accent 2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3">
    <w:name w:val="Colorful Shading Accent 3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mentoColorido-nfase4">
    <w:name w:val="Colorful Shading Accent 4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5">
    <w:name w:val="Colorful Shading Accent 5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6">
    <w:name w:val="Colorful Shading Accent 6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Colorida">
    <w:name w:val="Colorful List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Colorida-nfase1">
    <w:name w:val="Colorful List Accent 1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aColorida-nfase2">
    <w:name w:val="Colorful List Accent 2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aColorida-nfase3">
    <w:name w:val="Colorful List Accent 3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aColorida-nfase4">
    <w:name w:val="Colorful List Accent 4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aColorida-nfase5">
    <w:name w:val="Colorful List Accent 5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aColorida-nfase6">
    <w:name w:val="Colorful List Accent 6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adeColorida">
    <w:name w:val="Colorful Grid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adeColorida-nfase1">
    <w:name w:val="Colorful Grid Accent 1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adeColorida-nfase2">
    <w:name w:val="Colorful Grid Accent 2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adeColorida-nfase3">
    <w:name w:val="Colorful Grid Accent 3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adeColorida-nfase4">
    <w:name w:val="Colorful Grid Accent 4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adeColorida-nfase5">
    <w:name w:val="Colorful Grid Accent 5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adeColorida-nfase6">
    <w:name w:val="Colorful Grid Accent 6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Texto">
    <w:name w:val="Texto"/>
    <w:basedOn w:val="Normal"/>
    <w:qFormat/>
    <w:rsid w:val="00461086"/>
    <w:pPr>
      <w:spacing w:after="0" w:line="360" w:lineRule="auto"/>
      <w:jc w:val="both"/>
    </w:pPr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525</Words>
  <Characters>2838</Characters>
  <Application>Microsoft Office Word</Application>
  <DocSecurity>0</DocSecurity>
  <Lines>23</Lines>
  <Paragraphs>6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3357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Carina Ferreira Barros Nogueira - matr 10.036-6</cp:lastModifiedBy>
  <cp:revision>3</cp:revision>
  <cp:lastPrinted>2026-07-14T16:40:00Z</cp:lastPrinted>
  <dcterms:created xsi:type="dcterms:W3CDTF">2026-07-14T18:02:00Z</dcterms:created>
  <dcterms:modified xsi:type="dcterms:W3CDTF">2026-07-14T18:06:00Z</dcterms:modified>
  <cp:category/>
</cp:coreProperties>
</file>