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F1958" w14:textId="38EF2DC6" w:rsidR="00971A57" w:rsidRPr="00C2392C" w:rsidRDefault="00E6217E" w:rsidP="00971A57">
      <w:pPr>
        <w:jc w:val="center"/>
        <w:rPr>
          <w:rFonts w:ascii="Verdana" w:hAnsi="Verdana" w:cs="Arial"/>
          <w:b/>
          <w:sz w:val="20"/>
          <w:szCs w:val="20"/>
        </w:rPr>
      </w:pPr>
      <w:r w:rsidRPr="00C2392C">
        <w:rPr>
          <w:rFonts w:cs="Arial"/>
          <w:noProof/>
          <w:sz w:val="20"/>
          <w:szCs w:val="20"/>
        </w:rPr>
        <w:drawing>
          <wp:anchor distT="0" distB="0" distL="114300" distR="114300" simplePos="0" relativeHeight="251656192" behindDoc="0" locked="0" layoutInCell="1" allowOverlap="1" wp14:anchorId="62D0EC90" wp14:editId="4216D0AA">
            <wp:simplePos x="0" y="0"/>
            <wp:positionH relativeFrom="margin">
              <wp:posOffset>-9525</wp:posOffset>
            </wp:positionH>
            <wp:positionV relativeFrom="margin">
              <wp:posOffset>-390525</wp:posOffset>
            </wp:positionV>
            <wp:extent cx="723900" cy="807720"/>
            <wp:effectExtent l="0" t="0" r="0" b="0"/>
            <wp:wrapSquare wrapText="bothSides"/>
            <wp:docPr id="1923058448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1A57" w:rsidRPr="00C2392C">
        <w:rPr>
          <w:noProof/>
          <w:sz w:val="20"/>
          <w:szCs w:val="20"/>
        </w:rPr>
        <w:drawing>
          <wp:anchor distT="0" distB="0" distL="114300" distR="114300" simplePos="0" relativeHeight="251661312" behindDoc="0" locked="0" layoutInCell="1" allowOverlap="1" wp14:anchorId="7EA2D435" wp14:editId="73E8D28E">
            <wp:simplePos x="0" y="0"/>
            <wp:positionH relativeFrom="margin">
              <wp:posOffset>5257800</wp:posOffset>
            </wp:positionH>
            <wp:positionV relativeFrom="margin">
              <wp:posOffset>-333375</wp:posOffset>
            </wp:positionV>
            <wp:extent cx="711200" cy="767715"/>
            <wp:effectExtent l="0" t="0" r="0" b="0"/>
            <wp:wrapSquare wrapText="bothSides"/>
            <wp:docPr id="178670524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11200" cy="76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1A57" w:rsidRPr="00C2392C">
        <w:rPr>
          <w:rFonts w:ascii="Verdana" w:hAnsi="Verdana" w:cs="Arial"/>
          <w:b/>
          <w:sz w:val="20"/>
          <w:szCs w:val="20"/>
        </w:rPr>
        <w:t>P</w:t>
      </w:r>
      <w:r w:rsidR="00505286" w:rsidRPr="00C2392C">
        <w:rPr>
          <w:rFonts w:ascii="Verdana" w:hAnsi="Verdana" w:cs="Arial"/>
          <w:b/>
          <w:sz w:val="20"/>
          <w:szCs w:val="20"/>
        </w:rPr>
        <w:t>REFEITURA DO MUNICÍPIO DE LONDRINA</w:t>
      </w:r>
    </w:p>
    <w:p w14:paraId="18D05BAC" w14:textId="68FE81FB" w:rsidR="00971A57" w:rsidRPr="00C2392C" w:rsidRDefault="00971A57" w:rsidP="00971A57">
      <w:pPr>
        <w:jc w:val="center"/>
        <w:rPr>
          <w:rFonts w:cstheme="majorHAnsi"/>
          <w:i/>
          <w:iCs/>
          <w:sz w:val="20"/>
          <w:szCs w:val="20"/>
        </w:rPr>
      </w:pPr>
      <w:r w:rsidRPr="00C2392C">
        <w:rPr>
          <w:rFonts w:ascii="Verdana" w:hAnsi="Verdana" w:cs="Arial"/>
          <w:b/>
          <w:i/>
          <w:iCs/>
          <w:sz w:val="20"/>
          <w:szCs w:val="20"/>
        </w:rPr>
        <w:t>Instituto de Pesquisa e Planejamento Urbano de Londrina</w:t>
      </w:r>
      <w:r w:rsidRPr="00C2392C">
        <w:rPr>
          <w:i/>
          <w:iCs/>
          <w:sz w:val="20"/>
          <w:szCs w:val="20"/>
        </w:rPr>
        <w:t xml:space="preserve"> </w:t>
      </w:r>
    </w:p>
    <w:p w14:paraId="1D996539" w14:textId="06CD5E37" w:rsidR="00971A57" w:rsidRPr="00C2392C" w:rsidRDefault="00505286" w:rsidP="00E6217E">
      <w:r w:rsidRPr="00C2392C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5923716" wp14:editId="67CAFA09">
                <wp:simplePos x="0" y="0"/>
                <wp:positionH relativeFrom="column">
                  <wp:posOffset>38100</wp:posOffset>
                </wp:positionH>
                <wp:positionV relativeFrom="paragraph">
                  <wp:posOffset>137160</wp:posOffset>
                </wp:positionV>
                <wp:extent cx="5939790" cy="0"/>
                <wp:effectExtent l="0" t="0" r="0" b="0"/>
                <wp:wrapNone/>
                <wp:docPr id="2143312739" name="Conector re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397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D86C1B" id="Conector reto 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pt,10.8pt" to="470.7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" strokecolor="black [3040]"/>
            </w:pict>
          </mc:Fallback>
        </mc:AlternateContent>
      </w:r>
    </w:p>
    <w:p w14:paraId="5357426F" w14:textId="77777777" w:rsidR="00E6217E" w:rsidRPr="00C2392C" w:rsidRDefault="00E6217E" w:rsidP="00E6217E">
      <w:pPr>
        <w:jc w:val="center"/>
        <w:rPr>
          <w:b/>
          <w:bCs/>
        </w:rPr>
      </w:pPr>
    </w:p>
    <w:p w14:paraId="3A7D6FAE" w14:textId="2CE0D45A" w:rsidR="00773E6A" w:rsidRPr="00C2392C" w:rsidRDefault="00DF0A73" w:rsidP="00E6217E">
      <w:pPr>
        <w:jc w:val="center"/>
        <w:rPr>
          <w:b/>
          <w:bCs/>
        </w:rPr>
      </w:pPr>
      <w:r w:rsidRPr="00C2392C">
        <w:rPr>
          <w:b/>
          <w:bCs/>
        </w:rPr>
        <w:t>TERMO DE RESPONSABILIDADE</w:t>
      </w:r>
      <w:r w:rsidR="00FC04C0">
        <w:rPr>
          <w:rStyle w:val="Refdenotaderodap"/>
          <w:b/>
          <w:bCs/>
        </w:rPr>
        <w:footnoteReference w:id="1"/>
      </w:r>
    </w:p>
    <w:p w14:paraId="7932479D" w14:textId="77777777" w:rsidR="00773E6A" w:rsidRPr="00C2392C" w:rsidRDefault="00DF0A73" w:rsidP="00E6217E">
      <w:pPr>
        <w:jc w:val="center"/>
        <w:rPr>
          <w:rFonts w:asciiTheme="majorHAnsi" w:hAnsiTheme="majorHAnsi"/>
          <w:i/>
          <w:iCs/>
        </w:rPr>
      </w:pPr>
      <w:r w:rsidRPr="00C2392C">
        <w:rPr>
          <w:rFonts w:asciiTheme="majorHAnsi" w:hAnsiTheme="majorHAnsi"/>
          <w:i/>
          <w:iCs/>
        </w:rPr>
        <w:t>(Ciência quanto ao conteúdo do EIV/RIV)</w:t>
      </w:r>
    </w:p>
    <w:p w14:paraId="485743FA" w14:textId="77777777" w:rsidR="00F82BC8" w:rsidRPr="00C2392C" w:rsidRDefault="00F82BC8" w:rsidP="00E6217E"/>
    <w:p w14:paraId="1EE700F2" w14:textId="7E7DBF8C" w:rsidR="00A47B72" w:rsidRPr="00C2392C" w:rsidRDefault="00DF0A73" w:rsidP="00E6217E">
      <w:r w:rsidRPr="00C2392C">
        <w:rPr>
          <w:shd w:val="clear" w:color="auto" w:fill="FFFFFF" w:themeFill="background1"/>
        </w:rPr>
        <w:t xml:space="preserve">Eu, </w:t>
      </w:r>
      <w:r w:rsidR="005B65DE" w:rsidRPr="00C2392C">
        <w:fldChar w:fldCharType="begin">
          <w:ffData>
            <w:name w:val=""/>
            <w:enabled/>
            <w:calcOnExit w:val="0"/>
            <w:textInput>
              <w:default w:val="NOME DO EMPREENDEDOR/PROPRIETÁRIO"/>
              <w:maxLength w:val="200"/>
              <w:format w:val="Maiúsculas"/>
            </w:textInput>
          </w:ffData>
        </w:fldChar>
      </w:r>
      <w:r w:rsidR="005B65DE" w:rsidRPr="00C2392C">
        <w:instrText xml:space="preserve"> FORMTEXT </w:instrText>
      </w:r>
      <w:r w:rsidR="005B65DE" w:rsidRPr="00C2392C">
        <w:fldChar w:fldCharType="separate"/>
      </w:r>
      <w:r w:rsidR="00C02702" w:rsidRPr="00C2392C">
        <w:t>NOME DO EMPREENDEDOR/PROPRIETÁRIO</w:t>
      </w:r>
      <w:r w:rsidR="005B65DE" w:rsidRPr="00C2392C">
        <w:fldChar w:fldCharType="end"/>
      </w:r>
      <w:r w:rsidRPr="00C2392C">
        <w:rPr>
          <w:shd w:val="clear" w:color="auto" w:fill="FFFFFF" w:themeFill="background1"/>
        </w:rPr>
        <w:t xml:space="preserve">, </w:t>
      </w:r>
      <w:r w:rsidR="005B65DE" w:rsidRPr="00C2392C">
        <w:fldChar w:fldCharType="begin">
          <w:ffData>
            <w:name w:val=""/>
            <w:enabled/>
            <w:calcOnExit w:val="0"/>
            <w:textInput>
              <w:default w:val="nacionalidade"/>
              <w:maxLength w:val="200"/>
              <w:format w:val="Minúsculas"/>
            </w:textInput>
          </w:ffData>
        </w:fldChar>
      </w:r>
      <w:r w:rsidR="005B65DE" w:rsidRPr="00C2392C">
        <w:instrText xml:space="preserve"> FORMTEXT </w:instrText>
      </w:r>
      <w:r w:rsidR="005B65DE" w:rsidRPr="00C2392C">
        <w:fldChar w:fldCharType="separate"/>
      </w:r>
      <w:r w:rsidR="001E4C5D" w:rsidRPr="00C2392C">
        <w:t>nacionalidade</w:t>
      </w:r>
      <w:r w:rsidR="005B65DE" w:rsidRPr="00C2392C">
        <w:fldChar w:fldCharType="end"/>
      </w:r>
      <w:r w:rsidRPr="00C2392C">
        <w:rPr>
          <w:shd w:val="clear" w:color="auto" w:fill="FFFFFF" w:themeFill="background1"/>
        </w:rPr>
        <w:t xml:space="preserve">, </w:t>
      </w:r>
      <w:r w:rsidR="005B65DE" w:rsidRPr="00C2392C">
        <w:fldChar w:fldCharType="begin">
          <w:ffData>
            <w:name w:val=""/>
            <w:enabled/>
            <w:calcOnExit w:val="0"/>
            <w:textInput>
              <w:default w:val="estado civil"/>
              <w:maxLength w:val="200"/>
              <w:format w:val="Minúsculas"/>
            </w:textInput>
          </w:ffData>
        </w:fldChar>
      </w:r>
      <w:r w:rsidR="005B65DE" w:rsidRPr="00C2392C">
        <w:instrText xml:space="preserve"> FORMTEXT </w:instrText>
      </w:r>
      <w:r w:rsidR="005B65DE" w:rsidRPr="00C2392C">
        <w:fldChar w:fldCharType="separate"/>
      </w:r>
      <w:r w:rsidR="005B65DE" w:rsidRPr="00C2392C">
        <w:t>estado civil</w:t>
      </w:r>
      <w:r w:rsidR="005B65DE" w:rsidRPr="00C2392C">
        <w:fldChar w:fldCharType="end"/>
      </w:r>
      <w:r w:rsidRPr="00C2392C">
        <w:t xml:space="preserve">, portador(a) do CPF nº </w:t>
      </w:r>
      <w:r w:rsidR="005B65DE" w:rsidRPr="00C2392C">
        <w:fldChar w:fldCharType="begin">
          <w:ffData>
            <w:name w:val=""/>
            <w:enabled/>
            <w:calcOnExit w:val="0"/>
            <w:textInput>
              <w:type w:val="number"/>
              <w:default w:val="000.000.000-00"/>
              <w:maxLength w:val="14"/>
            </w:textInput>
          </w:ffData>
        </w:fldChar>
      </w:r>
      <w:r w:rsidR="005B65DE" w:rsidRPr="00C2392C">
        <w:instrText xml:space="preserve"> FORMTEXT </w:instrText>
      </w:r>
      <w:r w:rsidR="005B65DE" w:rsidRPr="00C2392C">
        <w:fldChar w:fldCharType="separate"/>
      </w:r>
      <w:r w:rsidR="005B65DE" w:rsidRPr="00C2392C">
        <w:t>000.000.000-00</w:t>
      </w:r>
      <w:r w:rsidR="005B65DE" w:rsidRPr="00C2392C">
        <w:fldChar w:fldCharType="end"/>
      </w:r>
      <w:r w:rsidRPr="00C2392C">
        <w:t xml:space="preserve">, residente e domiciliado(a) à </w:t>
      </w:r>
      <w:r w:rsidR="005B65DE" w:rsidRPr="00C2392C">
        <w:fldChar w:fldCharType="begin">
          <w:ffData>
            <w:name w:val=""/>
            <w:enabled/>
            <w:calcOnExit w:val="0"/>
            <w:textInput>
              <w:default w:val="Endereço Completo"/>
              <w:maxLength w:val="200"/>
              <w:format w:val="1ª letra de cada pal. em maiúsc."/>
            </w:textInput>
          </w:ffData>
        </w:fldChar>
      </w:r>
      <w:r w:rsidR="005B65DE" w:rsidRPr="00C2392C">
        <w:instrText xml:space="preserve"> FORMTEXT </w:instrText>
      </w:r>
      <w:r w:rsidR="005B65DE" w:rsidRPr="00C2392C">
        <w:fldChar w:fldCharType="separate"/>
      </w:r>
      <w:r w:rsidR="005B65DE" w:rsidRPr="00C2392C">
        <w:t>Endereço Completo</w:t>
      </w:r>
      <w:r w:rsidR="005B65DE" w:rsidRPr="00C2392C">
        <w:fldChar w:fldCharType="end"/>
      </w:r>
      <w:r w:rsidRPr="00C2392C">
        <w:t>, na qualidade de empreendedor(a)/proprietário(a) do empreendimento</w:t>
      </w:r>
      <w:r w:rsidR="00A47B72" w:rsidRPr="00C2392C">
        <w:t xml:space="preserve"> </w:t>
      </w:r>
      <w:r w:rsidRPr="00C2392C">
        <w:t xml:space="preserve">denominado </w:t>
      </w:r>
      <w:r w:rsidR="005B65DE" w:rsidRPr="00C2392C">
        <w:fldChar w:fldCharType="begin">
          <w:ffData>
            <w:name w:val=""/>
            <w:enabled/>
            <w:calcOnExit w:val="0"/>
            <w:textInput>
              <w:default w:val="NOME DO EMPREENDIMENTO"/>
              <w:maxLength w:val="200"/>
              <w:format w:val="Maiúsculas"/>
            </w:textInput>
          </w:ffData>
        </w:fldChar>
      </w:r>
      <w:r w:rsidR="005B65DE" w:rsidRPr="00C2392C">
        <w:instrText xml:space="preserve"> FORMTEXT </w:instrText>
      </w:r>
      <w:r w:rsidR="005B65DE" w:rsidRPr="00C2392C">
        <w:fldChar w:fldCharType="separate"/>
      </w:r>
      <w:r w:rsidR="005B65DE" w:rsidRPr="00C2392C">
        <w:t>NOME DO EMPREENDIMENTO</w:t>
      </w:r>
      <w:r w:rsidR="005B65DE" w:rsidRPr="00C2392C">
        <w:fldChar w:fldCharType="end"/>
      </w:r>
      <w:r w:rsidRPr="00C2392C">
        <w:t xml:space="preserve">, localizado na </w:t>
      </w:r>
      <w:r w:rsidR="005B65DE" w:rsidRPr="00C2392C">
        <w:fldChar w:fldCharType="begin">
          <w:ffData>
            <w:name w:val=""/>
            <w:enabled/>
            <w:calcOnExit w:val="0"/>
            <w:textInput>
              <w:default w:val="Endereço Completo"/>
              <w:maxLength w:val="200"/>
              <w:format w:val="1ª letra de cada pal. em maiúsc."/>
            </w:textInput>
          </w:ffData>
        </w:fldChar>
      </w:r>
      <w:r w:rsidR="005B65DE" w:rsidRPr="00C2392C">
        <w:instrText xml:space="preserve"> FORMTEXT </w:instrText>
      </w:r>
      <w:r w:rsidR="005B65DE" w:rsidRPr="00C2392C">
        <w:fldChar w:fldCharType="separate"/>
      </w:r>
      <w:r w:rsidR="005B65DE" w:rsidRPr="00C2392C">
        <w:t>Endereço Completo</w:t>
      </w:r>
      <w:r w:rsidR="005B65DE" w:rsidRPr="00C2392C">
        <w:fldChar w:fldCharType="end"/>
      </w:r>
      <w:r w:rsidRPr="00C2392C">
        <w:t xml:space="preserve">, inscrito no </w:t>
      </w:r>
      <w:r w:rsidRPr="002357FD">
        <w:t xml:space="preserve">CNPJ sob nº </w:t>
      </w:r>
      <w:r w:rsidR="005B65DE" w:rsidRPr="00C2392C">
        <w:fldChar w:fldCharType="begin">
          <w:ffData>
            <w:name w:val=""/>
            <w:enabled/>
            <w:calcOnExit w:val="0"/>
            <w:textInput>
              <w:type w:val="number"/>
              <w:default w:val="00.000.000/0000-00"/>
              <w:maxLength w:val="18"/>
            </w:textInput>
          </w:ffData>
        </w:fldChar>
      </w:r>
      <w:r w:rsidR="005B65DE" w:rsidRPr="00C2392C">
        <w:instrText xml:space="preserve"> FORMTEXT </w:instrText>
      </w:r>
      <w:r w:rsidR="005B65DE" w:rsidRPr="00C2392C">
        <w:fldChar w:fldCharType="separate"/>
      </w:r>
      <w:r w:rsidR="005B65DE" w:rsidRPr="00C2392C">
        <w:t>00.000.000/0000-00</w:t>
      </w:r>
      <w:r w:rsidR="005B65DE" w:rsidRPr="00C2392C">
        <w:fldChar w:fldCharType="end"/>
      </w:r>
      <w:r w:rsidRPr="00C2392C">
        <w:t>,</w:t>
      </w:r>
    </w:p>
    <w:p w14:paraId="47F12B07" w14:textId="1F1C0E2C" w:rsidR="00A47B72" w:rsidRPr="00C2392C" w:rsidRDefault="00DF0A73" w:rsidP="00E6217E">
      <w:r w:rsidRPr="00C2392C">
        <w:br/>
        <w:t>DECLARO, para os devidos fins, que:</w:t>
      </w:r>
    </w:p>
    <w:p w14:paraId="4D0A6E32" w14:textId="1E5C71C0" w:rsidR="00A47B72" w:rsidRPr="00C2392C" w:rsidRDefault="00DF0A73" w:rsidP="00E6217E">
      <w:r w:rsidRPr="00C2392C">
        <w:br/>
        <w:t>1. Tomei ciência integral do conteúdo do Estudo de Impacto de Vizinhança (EIV)</w:t>
      </w:r>
      <w:r w:rsidR="00C2392C" w:rsidRPr="00C2392C">
        <w:t xml:space="preserve"> e do </w:t>
      </w:r>
      <w:r w:rsidRPr="00C2392C">
        <w:t>Relatório de Impacto de Vizinhança (RIV) referente ao referido empreendimento;</w:t>
      </w:r>
    </w:p>
    <w:p w14:paraId="4E279FF7" w14:textId="7CFC7A10" w:rsidR="00A47B72" w:rsidRPr="00C2392C" w:rsidRDefault="00DF0A73" w:rsidP="00E6217E">
      <w:r w:rsidRPr="00C2392C">
        <w:t xml:space="preserve">2. Reconheço que as informações, diagnósticos, medidas mitigadoras e compensatórias </w:t>
      </w:r>
      <w:r w:rsidR="00C2392C" w:rsidRPr="00C2392C">
        <w:t>constantes no EIV e no RIV são de minha responsabilidade, e respondo solidariamente com o coordenador e os membros da equipe técnica pela veracidade e exatidão do conteúdo desses documentos</w:t>
      </w:r>
      <w:r w:rsidRPr="00C2392C">
        <w:t>;</w:t>
      </w:r>
    </w:p>
    <w:p w14:paraId="174960B9" w14:textId="2326F7F0" w:rsidR="00A47B72" w:rsidRPr="00C2392C" w:rsidRDefault="00DF0A73" w:rsidP="00E6217E">
      <w:r w:rsidRPr="00C2392C">
        <w:t xml:space="preserve">3. Comprometo-me a atender às exigências e condicionantes que </w:t>
      </w:r>
      <w:r w:rsidR="00C2392C" w:rsidRPr="00C2392C">
        <w:t xml:space="preserve">forem estabelecidas </w:t>
      </w:r>
      <w:r w:rsidRPr="00C2392C">
        <w:t>pelo Poder Público competente;</w:t>
      </w:r>
    </w:p>
    <w:p w14:paraId="0E0CDF3B" w14:textId="77777777" w:rsidR="00A47B72" w:rsidRPr="00C2392C" w:rsidRDefault="00DF0A73" w:rsidP="00E6217E">
      <w:r w:rsidRPr="00C2392C">
        <w:t>4. Estou ciente de que</w:t>
      </w:r>
      <w:r w:rsidR="00A47B72" w:rsidRPr="00C2392C">
        <w:t xml:space="preserve"> a </w:t>
      </w:r>
      <w:r w:rsidRPr="00C2392C">
        <w:t>omissão de informações, a prestação de dados falsos ou o descumprimento das medidas previstas poderá acarretar sanções legais cabíveis.</w:t>
      </w:r>
    </w:p>
    <w:p w14:paraId="31D17B73" w14:textId="3F1F560F" w:rsidR="00A47B72" w:rsidRPr="00C2392C" w:rsidRDefault="00DF0A73" w:rsidP="00E6217E">
      <w:pPr>
        <w:jc w:val="right"/>
      </w:pPr>
      <w:r w:rsidRPr="00C2392C">
        <w:br/>
      </w:r>
      <w:r w:rsidR="005B65DE" w:rsidRPr="00C2392C">
        <w:fldChar w:fldCharType="begin">
          <w:ffData>
            <w:name w:val=""/>
            <w:enabled/>
            <w:calcOnExit w:val="0"/>
            <w:textInput>
              <w:default w:val="Município"/>
              <w:maxLength w:val="200"/>
              <w:format w:val="Iniciais maiúsculas"/>
            </w:textInput>
          </w:ffData>
        </w:fldChar>
      </w:r>
      <w:r w:rsidR="005B65DE" w:rsidRPr="00C2392C">
        <w:instrText xml:space="preserve"> FORMTEXT </w:instrText>
      </w:r>
      <w:r w:rsidR="005B65DE" w:rsidRPr="00C2392C">
        <w:fldChar w:fldCharType="separate"/>
      </w:r>
      <w:r w:rsidR="005B65DE" w:rsidRPr="00C2392C">
        <w:t>Município</w:t>
      </w:r>
      <w:r w:rsidR="005B65DE" w:rsidRPr="00C2392C">
        <w:fldChar w:fldCharType="end"/>
      </w:r>
      <w:r w:rsidRPr="00C2392C">
        <w:t xml:space="preserve">, </w:t>
      </w:r>
      <w:r w:rsidR="009A04F6" w:rsidRPr="00C2392C">
        <w:fldChar w:fldCharType="begin">
          <w:ffData>
            <w:name w:val=""/>
            <w:enabled/>
            <w:calcOnExit w:val="0"/>
            <w:textInput>
              <w:type w:val="number"/>
              <w:default w:val="dia"/>
              <w:maxLength w:val="3"/>
            </w:textInput>
          </w:ffData>
        </w:fldChar>
      </w:r>
      <w:r w:rsidR="009A04F6" w:rsidRPr="00C2392C">
        <w:instrText xml:space="preserve"> FORMTEXT </w:instrText>
      </w:r>
      <w:r w:rsidR="009A04F6" w:rsidRPr="00C2392C">
        <w:fldChar w:fldCharType="separate"/>
      </w:r>
      <w:r w:rsidR="009A04F6" w:rsidRPr="00C2392C">
        <w:t>dia</w:t>
      </w:r>
      <w:r w:rsidR="009A04F6" w:rsidRPr="00C2392C">
        <w:fldChar w:fldCharType="end"/>
      </w:r>
      <w:r w:rsidR="009A04F6" w:rsidRPr="00C2392C">
        <w:t xml:space="preserve"> </w:t>
      </w:r>
      <w:r w:rsidRPr="00C2392C">
        <w:t xml:space="preserve">de </w:t>
      </w:r>
      <w:r w:rsidR="009A04F6" w:rsidRPr="00C2392C">
        <w:fldChar w:fldCharType="begin">
          <w:ffData>
            <w:name w:val=""/>
            <w:enabled/>
            <w:calcOnExit w:val="0"/>
            <w:textInput>
              <w:default w:val="mês"/>
              <w:maxLength w:val="10"/>
            </w:textInput>
          </w:ffData>
        </w:fldChar>
      </w:r>
      <w:r w:rsidR="009A04F6" w:rsidRPr="00C2392C">
        <w:instrText xml:space="preserve"> FORMTEXT </w:instrText>
      </w:r>
      <w:r w:rsidR="009A04F6" w:rsidRPr="00C2392C">
        <w:fldChar w:fldCharType="separate"/>
      </w:r>
      <w:r w:rsidR="009A04F6" w:rsidRPr="00C2392C">
        <w:t>mês</w:t>
      </w:r>
      <w:r w:rsidR="009A04F6" w:rsidRPr="00C2392C">
        <w:fldChar w:fldCharType="end"/>
      </w:r>
      <w:r w:rsidR="009A04F6" w:rsidRPr="00C2392C">
        <w:t xml:space="preserve"> </w:t>
      </w:r>
      <w:r w:rsidRPr="00C2392C">
        <w:t>de 20</w:t>
      </w:r>
      <w:r w:rsidR="009A04F6" w:rsidRPr="00C2392C"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 w:rsidR="009A04F6" w:rsidRPr="00C2392C">
        <w:instrText xml:space="preserve"> FORMTEXT </w:instrText>
      </w:r>
      <w:r w:rsidR="009A04F6" w:rsidRPr="00C2392C">
        <w:fldChar w:fldCharType="separate"/>
      </w:r>
      <w:r w:rsidR="009A04F6" w:rsidRPr="00C2392C">
        <w:t> </w:t>
      </w:r>
      <w:r w:rsidR="009A04F6" w:rsidRPr="00C2392C">
        <w:t> </w:t>
      </w:r>
      <w:r w:rsidR="009A04F6" w:rsidRPr="00C2392C">
        <w:fldChar w:fldCharType="end"/>
      </w:r>
      <w:r w:rsidRPr="00C2392C">
        <w:t>.</w:t>
      </w:r>
    </w:p>
    <w:p w14:paraId="1808F4E4" w14:textId="77777777" w:rsidR="00C2392C" w:rsidRDefault="00C2392C" w:rsidP="00E6217E">
      <w:pPr>
        <w:jc w:val="center"/>
      </w:pPr>
    </w:p>
    <w:p w14:paraId="240D371D" w14:textId="3DB71C2C" w:rsidR="00773E6A" w:rsidRPr="00C2392C" w:rsidRDefault="00DF0A73" w:rsidP="00E6217E">
      <w:pPr>
        <w:jc w:val="center"/>
      </w:pPr>
      <w:r w:rsidRPr="00C2392C">
        <w:br/>
        <w:t>________________________________________</w:t>
      </w:r>
    </w:p>
    <w:p w14:paraId="2A082835" w14:textId="60DF48E9" w:rsidR="00773E6A" w:rsidRPr="00C2392C" w:rsidRDefault="009A04F6" w:rsidP="00E6217E">
      <w:pPr>
        <w:jc w:val="center"/>
      </w:pPr>
      <w:r w:rsidRPr="00C2392C">
        <w:fldChar w:fldCharType="begin">
          <w:ffData>
            <w:name w:val=""/>
            <w:enabled/>
            <w:calcOnExit w:val="0"/>
            <w:textInput>
              <w:default w:val="NOME DO EMPREENDEDOR/PROPRIETÁRIO"/>
              <w:maxLength w:val="200"/>
              <w:format w:val="Maiúsculas"/>
            </w:textInput>
          </w:ffData>
        </w:fldChar>
      </w:r>
      <w:r w:rsidRPr="00C2392C">
        <w:instrText xml:space="preserve"> FORMTEXT </w:instrText>
      </w:r>
      <w:r w:rsidRPr="00C2392C">
        <w:fldChar w:fldCharType="separate"/>
      </w:r>
      <w:r w:rsidRPr="00C2392C">
        <w:t>NOME DO EMPREENDEDOR/PROPRIETÁRIO</w:t>
      </w:r>
      <w:r w:rsidRPr="00C2392C">
        <w:fldChar w:fldCharType="end"/>
      </w:r>
    </w:p>
    <w:p w14:paraId="15FB3679" w14:textId="61411932" w:rsidR="00773E6A" w:rsidRDefault="00DF0A73" w:rsidP="00E6217E">
      <w:pPr>
        <w:jc w:val="center"/>
      </w:pPr>
      <w:r w:rsidRPr="00C2392C">
        <w:t xml:space="preserve">CPF: </w:t>
      </w:r>
      <w:r w:rsidR="009A04F6" w:rsidRPr="00C2392C">
        <w:fldChar w:fldCharType="begin">
          <w:ffData>
            <w:name w:val=""/>
            <w:enabled/>
            <w:calcOnExit w:val="0"/>
            <w:textInput>
              <w:type w:val="number"/>
              <w:default w:val="000.000.000-00"/>
              <w:maxLength w:val="14"/>
            </w:textInput>
          </w:ffData>
        </w:fldChar>
      </w:r>
      <w:r w:rsidR="009A04F6" w:rsidRPr="00C2392C">
        <w:instrText xml:space="preserve"> FORMTEXT </w:instrText>
      </w:r>
      <w:r w:rsidR="009A04F6" w:rsidRPr="00C2392C">
        <w:fldChar w:fldCharType="separate"/>
      </w:r>
      <w:r w:rsidR="009A04F6" w:rsidRPr="00C2392C">
        <w:t>000.000.000-00</w:t>
      </w:r>
      <w:r w:rsidR="009A04F6" w:rsidRPr="00C2392C">
        <w:fldChar w:fldCharType="end"/>
      </w:r>
    </w:p>
    <w:p w14:paraId="47558A14" w14:textId="77777777" w:rsidR="00FC04C0" w:rsidRPr="00C2392C" w:rsidRDefault="00FC04C0" w:rsidP="00E6217E">
      <w:pPr>
        <w:jc w:val="center"/>
      </w:pPr>
    </w:p>
    <w:sectPr w:rsidR="00FC04C0" w:rsidRPr="00C2392C" w:rsidSect="00FC04C0">
      <w:pgSz w:w="12240" w:h="15840"/>
      <w:pgMar w:top="1418" w:right="1134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6EBE6E" w14:textId="77777777" w:rsidR="00FC04C0" w:rsidRDefault="00FC04C0" w:rsidP="00FC04C0">
      <w:pPr>
        <w:spacing w:line="240" w:lineRule="auto"/>
      </w:pPr>
      <w:r>
        <w:separator/>
      </w:r>
    </w:p>
  </w:endnote>
  <w:endnote w:type="continuationSeparator" w:id="0">
    <w:p w14:paraId="2E7A4164" w14:textId="77777777" w:rsidR="00FC04C0" w:rsidRDefault="00FC04C0" w:rsidP="00FC04C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D1A767" w14:textId="77777777" w:rsidR="00FC04C0" w:rsidRDefault="00FC04C0" w:rsidP="00FC04C0">
      <w:pPr>
        <w:spacing w:line="240" w:lineRule="auto"/>
      </w:pPr>
      <w:r>
        <w:separator/>
      </w:r>
    </w:p>
  </w:footnote>
  <w:footnote w:type="continuationSeparator" w:id="0">
    <w:p w14:paraId="6FAAF452" w14:textId="77777777" w:rsidR="00FC04C0" w:rsidRDefault="00FC04C0" w:rsidP="00FC04C0">
      <w:pPr>
        <w:spacing w:line="240" w:lineRule="auto"/>
      </w:pPr>
      <w:r>
        <w:continuationSeparator/>
      </w:r>
    </w:p>
  </w:footnote>
  <w:footnote w:id="1">
    <w:p w14:paraId="3C730574" w14:textId="352CF173" w:rsidR="00FC04C0" w:rsidRDefault="00FC04C0" w:rsidP="00FC04C0">
      <w:pPr>
        <w:pStyle w:val="Textodenotaderodap"/>
      </w:pPr>
      <w:r>
        <w:rPr>
          <w:rStyle w:val="Refdenotaderodap"/>
        </w:rPr>
        <w:footnoteRef/>
      </w:r>
      <w:r>
        <w:t xml:space="preserve"> O empreendedor ou proprietário do empreendimento deverá dar ciência quanto ao conteúdo do EIV/RIV, nos moldes do Termo de Responsabilidade disponibilizado pelo IPPUL, nos termos do </w:t>
      </w:r>
      <w:r w:rsidRPr="00FC04C0">
        <w:t>§ 3º</w:t>
      </w:r>
      <w:r>
        <w:t xml:space="preserve">, art. 11, do </w:t>
      </w:r>
      <w:r w:rsidR="002357FD">
        <w:t>D</w:t>
      </w:r>
      <w:r>
        <w:t>ecreto Municipal nº 1.143/2025.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87182316">
    <w:abstractNumId w:val="8"/>
  </w:num>
  <w:num w:numId="2" w16cid:durableId="1685015461">
    <w:abstractNumId w:val="6"/>
  </w:num>
  <w:num w:numId="3" w16cid:durableId="1909218609">
    <w:abstractNumId w:val="5"/>
  </w:num>
  <w:num w:numId="4" w16cid:durableId="881134303">
    <w:abstractNumId w:val="4"/>
  </w:num>
  <w:num w:numId="5" w16cid:durableId="747264904">
    <w:abstractNumId w:val="7"/>
  </w:num>
  <w:num w:numId="6" w16cid:durableId="1295714016">
    <w:abstractNumId w:val="3"/>
  </w:num>
  <w:num w:numId="7" w16cid:durableId="2146582683">
    <w:abstractNumId w:val="2"/>
  </w:num>
  <w:num w:numId="8" w16cid:durableId="581725015">
    <w:abstractNumId w:val="1"/>
  </w:num>
  <w:num w:numId="9" w16cid:durableId="579563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J7LrEMn2XXjUX3sBLVZcEjIB95LkvcaPNbZhX/nDe+djJZnYJUi2U7EH/G8gt6vNo8oPM3QAZPwxu6vEZDN1ag==" w:salt="lxebvX+pXNAcRFWZrb7djQ==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6E23"/>
    <w:rsid w:val="00034616"/>
    <w:rsid w:val="0006063C"/>
    <w:rsid w:val="00074A11"/>
    <w:rsid w:val="0015074B"/>
    <w:rsid w:val="001E4C5D"/>
    <w:rsid w:val="002357FD"/>
    <w:rsid w:val="0029639D"/>
    <w:rsid w:val="00326F90"/>
    <w:rsid w:val="00505286"/>
    <w:rsid w:val="005B65DE"/>
    <w:rsid w:val="00717B5B"/>
    <w:rsid w:val="00757FAB"/>
    <w:rsid w:val="00773E6A"/>
    <w:rsid w:val="00971A57"/>
    <w:rsid w:val="009A04F6"/>
    <w:rsid w:val="00A46AB3"/>
    <w:rsid w:val="00A47B72"/>
    <w:rsid w:val="00AA1D8D"/>
    <w:rsid w:val="00B47730"/>
    <w:rsid w:val="00C02702"/>
    <w:rsid w:val="00C2392C"/>
    <w:rsid w:val="00CB0664"/>
    <w:rsid w:val="00CF1F0F"/>
    <w:rsid w:val="00DF0A73"/>
    <w:rsid w:val="00E6217E"/>
    <w:rsid w:val="00F82BC8"/>
    <w:rsid w:val="00FC04C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F06E55"/>
  <w14:defaultImageDpi w14:val="300"/>
  <w15:docId w15:val="{CAED2C25-05DF-40C2-8279-7C1AB1F69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1A57"/>
    <w:pPr>
      <w:spacing w:after="0" w:line="360" w:lineRule="auto"/>
      <w:jc w:val="both"/>
    </w:pPr>
    <w:rPr>
      <w:rFonts w:ascii="Calibri" w:hAnsi="Calibri"/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FC04C0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FC04C0"/>
    <w:rPr>
      <w:rFonts w:ascii="Calibri" w:hAnsi="Calibri"/>
      <w:sz w:val="20"/>
      <w:szCs w:val="20"/>
      <w:lang w:val="pt-BR"/>
    </w:rPr>
  </w:style>
  <w:style w:type="character" w:styleId="Refdenotaderodap">
    <w:name w:val="footnote reference"/>
    <w:basedOn w:val="Fontepargpadro"/>
    <w:uiPriority w:val="99"/>
    <w:semiHidden/>
    <w:unhideWhenUsed/>
    <w:rsid w:val="00FC04C0"/>
    <w:rPr>
      <w:vertAlign w:val="superscript"/>
    </w:rPr>
  </w:style>
  <w:style w:type="paragraph" w:styleId="Reviso">
    <w:name w:val="Revision"/>
    <w:hidden/>
    <w:uiPriority w:val="99"/>
    <w:semiHidden/>
    <w:rsid w:val="00C02702"/>
    <w:pPr>
      <w:spacing w:after="0" w:line="240" w:lineRule="auto"/>
    </w:pPr>
    <w:rPr>
      <w:rFonts w:ascii="Calibri" w:hAnsi="Calibri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245</Words>
  <Characters>1329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1571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Carina Ferreira Barros Nogueira - matr 10.036-6</cp:lastModifiedBy>
  <cp:revision>2</cp:revision>
  <dcterms:created xsi:type="dcterms:W3CDTF">2026-06-24T16:54:00Z</dcterms:created>
  <dcterms:modified xsi:type="dcterms:W3CDTF">2026-06-24T16:54:00Z</dcterms:modified>
  <cp:category/>
</cp:coreProperties>
</file>